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DCE5D" w14:textId="5B0C8440" w:rsidR="00534D6A" w:rsidRPr="00BE65BC" w:rsidRDefault="00E301CA" w:rsidP="00146092">
      <w:pPr>
        <w:pStyle w:val="Zkladntext"/>
        <w:widowControl w:val="0"/>
        <w:autoSpaceDE w:val="0"/>
        <w:autoSpaceDN w:val="0"/>
        <w:spacing w:after="0" w:line="240" w:lineRule="auto"/>
        <w:jc w:val="center"/>
        <w:rPr>
          <w:rFonts w:ascii="Raleway Black" w:eastAsia="Raleway Black" w:hAnsi="Raleway Black" w:cs="Raleway Black"/>
          <w:b/>
          <w:bCs/>
          <w:color w:val="00B0F0"/>
          <w:sz w:val="52"/>
          <w:szCs w:val="52"/>
          <w:lang w:val="cs-CZ" w:eastAsia="cs-CZ" w:bidi="cs-CZ"/>
        </w:rPr>
      </w:pPr>
      <w:r w:rsidRPr="00BE65BC">
        <w:rPr>
          <w:rFonts w:ascii="Raleway Black" w:eastAsia="Raleway Black" w:hAnsi="Raleway Black" w:cs="Raleway Black"/>
          <w:b/>
          <w:bCs/>
          <w:color w:val="00B0F0"/>
          <w:sz w:val="52"/>
          <w:szCs w:val="52"/>
          <w:lang w:val="cs-CZ" w:eastAsia="cs-CZ" w:bidi="cs-CZ"/>
        </w:rPr>
        <w:t xml:space="preserve">SEZNAM </w:t>
      </w:r>
      <w:r w:rsidR="004B0E45" w:rsidRPr="00BE65BC">
        <w:rPr>
          <w:rFonts w:ascii="Raleway Black" w:eastAsia="Raleway Black" w:hAnsi="Raleway Black" w:cs="Raleway Black"/>
          <w:b/>
          <w:bCs/>
          <w:color w:val="00B0F0"/>
          <w:sz w:val="52"/>
          <w:szCs w:val="52"/>
          <w:lang w:val="cs-CZ" w:eastAsia="cs-CZ" w:bidi="cs-CZ"/>
        </w:rPr>
        <w:t>NÁJMŮ</w:t>
      </w:r>
    </w:p>
    <w:tbl>
      <w:tblPr>
        <w:tblStyle w:val="Mkatabulky"/>
        <w:tblW w:w="14169" w:type="dxa"/>
        <w:tblLook w:val="04A0" w:firstRow="1" w:lastRow="0" w:firstColumn="1" w:lastColumn="0" w:noHBand="0" w:noVBand="1"/>
      </w:tblPr>
      <w:tblGrid>
        <w:gridCol w:w="2104"/>
        <w:gridCol w:w="4981"/>
        <w:gridCol w:w="1997"/>
        <w:gridCol w:w="5087"/>
      </w:tblGrid>
      <w:tr w:rsidR="004B0E45" w:rsidRPr="00BE65BC" w14:paraId="4E53D792" w14:textId="77777777" w:rsidTr="004B0E45">
        <w:trPr>
          <w:trHeight w:val="324"/>
        </w:trPr>
        <w:tc>
          <w:tcPr>
            <w:tcW w:w="2104" w:type="dxa"/>
            <w:shd w:val="clear" w:color="auto" w:fill="DBE5F1" w:themeFill="accent1" w:themeFillTint="33"/>
          </w:tcPr>
          <w:p w14:paraId="4DAD63EF" w14:textId="77777777" w:rsidR="004B0E45" w:rsidRPr="00BE65BC" w:rsidRDefault="004B0E45" w:rsidP="00D51DA5">
            <w:pPr>
              <w:pStyle w:val="TableParagraph"/>
              <w:ind w:left="80"/>
              <w:rPr>
                <w:rFonts w:ascii="Raleway ExtraBold"/>
                <w:b/>
                <w:sz w:val="18"/>
              </w:rPr>
            </w:pPr>
            <w:r w:rsidRPr="00BE65BC">
              <w:rPr>
                <w:rFonts w:ascii="Raleway ExtraBold"/>
                <w:b/>
                <w:color w:val="003767"/>
                <w:sz w:val="18"/>
              </w:rPr>
              <w:t>Klient:</w:t>
            </w:r>
          </w:p>
        </w:tc>
        <w:tc>
          <w:tcPr>
            <w:tcW w:w="4981" w:type="dxa"/>
          </w:tcPr>
          <w:p w14:paraId="0FDFA304" w14:textId="17CD5727" w:rsidR="004B0E45" w:rsidRPr="00BE65BC" w:rsidRDefault="004B0E45" w:rsidP="00D51D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  <w:shd w:val="clear" w:color="auto" w:fill="DBE5F1" w:themeFill="accent1" w:themeFillTint="33"/>
          </w:tcPr>
          <w:p w14:paraId="117D861B" w14:textId="6B4617D6" w:rsidR="004B0E45" w:rsidRPr="00BE65BC" w:rsidRDefault="00BE65BC" w:rsidP="00D51DA5">
            <w:pPr>
              <w:pStyle w:val="TableParagraph"/>
              <w:ind w:left="80"/>
              <w:rPr>
                <w:rFonts w:ascii="Raleway ExtraBold" w:hAnsi="Raleway ExtraBold"/>
                <w:b/>
                <w:color w:val="003767"/>
                <w:sz w:val="18"/>
              </w:rPr>
            </w:pPr>
            <w:r w:rsidRPr="00BE65BC">
              <w:rPr>
                <w:rFonts w:ascii="Raleway ExtraBold" w:hAnsi="Raleway ExtraBold"/>
                <w:b/>
                <w:color w:val="003767"/>
                <w:sz w:val="18"/>
              </w:rPr>
              <w:t>Č</w:t>
            </w:r>
            <w:r w:rsidR="004B0E45" w:rsidRPr="00BE65BC">
              <w:rPr>
                <w:rFonts w:ascii="Raleway ExtraBold" w:hAnsi="Raleway ExtraBold"/>
                <w:b/>
                <w:color w:val="003767"/>
                <w:sz w:val="18"/>
              </w:rPr>
              <w:t>íslo</w:t>
            </w:r>
            <w:r w:rsidRPr="00BE65BC">
              <w:rPr>
                <w:rFonts w:ascii="Raleway ExtraBold" w:hAnsi="Raleway ExtraBold"/>
                <w:b/>
                <w:color w:val="003767"/>
                <w:sz w:val="18"/>
              </w:rPr>
              <w:t xml:space="preserve"> hypotéky</w:t>
            </w:r>
            <w:r w:rsidR="004B0E45" w:rsidRPr="00BE65BC">
              <w:rPr>
                <w:rFonts w:ascii="Raleway ExtraBold" w:hAnsi="Raleway ExtraBold"/>
                <w:b/>
                <w:color w:val="003767"/>
                <w:sz w:val="18"/>
              </w:rPr>
              <w:t>:</w:t>
            </w:r>
          </w:p>
        </w:tc>
        <w:tc>
          <w:tcPr>
            <w:tcW w:w="5087" w:type="dxa"/>
          </w:tcPr>
          <w:p w14:paraId="178E6F63" w14:textId="77777777" w:rsidR="004B0E45" w:rsidRPr="00BE65BC" w:rsidRDefault="004B0E45" w:rsidP="00D51D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0E45" w:rsidRPr="00BE65BC" w14:paraId="0C31B24C" w14:textId="77777777" w:rsidTr="004B0E45">
        <w:trPr>
          <w:trHeight w:val="324"/>
        </w:trPr>
        <w:tc>
          <w:tcPr>
            <w:tcW w:w="2104" w:type="dxa"/>
            <w:shd w:val="clear" w:color="auto" w:fill="DBE5F1" w:themeFill="accent1" w:themeFillTint="33"/>
          </w:tcPr>
          <w:p w14:paraId="0181D522" w14:textId="77777777" w:rsidR="004B0E45" w:rsidRPr="00BE65BC" w:rsidRDefault="004B0E45" w:rsidP="00D51DA5">
            <w:pPr>
              <w:pStyle w:val="TableParagraph"/>
              <w:ind w:left="80"/>
              <w:rPr>
                <w:rFonts w:ascii="Raleway ExtraBold" w:hAnsi="Raleway ExtraBold"/>
                <w:b/>
                <w:sz w:val="18"/>
              </w:rPr>
            </w:pPr>
            <w:r w:rsidRPr="00BE65BC">
              <w:rPr>
                <w:rFonts w:ascii="Raleway ExtraBold" w:hAnsi="Raleway ExtraBold"/>
                <w:b/>
                <w:color w:val="003767"/>
                <w:sz w:val="18"/>
              </w:rPr>
              <w:t>Kontaktní telefon:</w:t>
            </w:r>
          </w:p>
        </w:tc>
        <w:tc>
          <w:tcPr>
            <w:tcW w:w="4981" w:type="dxa"/>
          </w:tcPr>
          <w:p w14:paraId="6CDA2BB3" w14:textId="77777777" w:rsidR="004B0E45" w:rsidRPr="00BE65BC" w:rsidRDefault="004B0E45" w:rsidP="00D51D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  <w:shd w:val="clear" w:color="auto" w:fill="DBE5F1" w:themeFill="accent1" w:themeFillTint="33"/>
          </w:tcPr>
          <w:p w14:paraId="08CB74A2" w14:textId="0472829E" w:rsidR="004B0E45" w:rsidRPr="00BE65BC" w:rsidRDefault="004B0E45" w:rsidP="00D51DA5">
            <w:pPr>
              <w:pStyle w:val="TableParagraph"/>
              <w:ind w:left="80"/>
              <w:rPr>
                <w:rFonts w:ascii="Times New Roman"/>
                <w:sz w:val="18"/>
              </w:rPr>
            </w:pPr>
            <w:r w:rsidRPr="00BE65BC">
              <w:rPr>
                <w:rFonts w:ascii="Raleway ExtraBold" w:hAnsi="Raleway ExtraBold"/>
                <w:b/>
                <w:color w:val="003767"/>
                <w:sz w:val="18"/>
              </w:rPr>
              <w:t>Platné k datu:</w:t>
            </w:r>
          </w:p>
        </w:tc>
        <w:tc>
          <w:tcPr>
            <w:tcW w:w="5087" w:type="dxa"/>
          </w:tcPr>
          <w:p w14:paraId="00461A96" w14:textId="0AC8D40B" w:rsidR="004B0E45" w:rsidRPr="00BE65BC" w:rsidRDefault="004B0E45" w:rsidP="00D51DA5">
            <w:pPr>
              <w:pStyle w:val="TableParagraph"/>
              <w:ind w:left="80"/>
              <w:rPr>
                <w:rFonts w:ascii="Raleway ExtraBold" w:hAnsi="Raleway ExtraBold"/>
                <w:b/>
                <w:sz w:val="18"/>
              </w:rPr>
            </w:pPr>
          </w:p>
        </w:tc>
      </w:tr>
      <w:tr w:rsidR="004B0E45" w:rsidRPr="00BE65BC" w14:paraId="709E56FC" w14:textId="77777777" w:rsidTr="004B0E45">
        <w:trPr>
          <w:trHeight w:val="324"/>
        </w:trPr>
        <w:tc>
          <w:tcPr>
            <w:tcW w:w="2104" w:type="dxa"/>
            <w:shd w:val="clear" w:color="auto" w:fill="DBE5F1" w:themeFill="accent1" w:themeFillTint="33"/>
          </w:tcPr>
          <w:p w14:paraId="6991D77D" w14:textId="77777777" w:rsidR="004B0E45" w:rsidRPr="00BE65BC" w:rsidRDefault="004B0E45" w:rsidP="00D51DA5">
            <w:pPr>
              <w:pStyle w:val="TableParagraph"/>
              <w:ind w:left="80"/>
              <w:rPr>
                <w:rFonts w:ascii="Raleway ExtraBold" w:hAnsi="Raleway ExtraBold"/>
                <w:b/>
                <w:sz w:val="18"/>
              </w:rPr>
            </w:pPr>
            <w:r w:rsidRPr="00BE65BC">
              <w:rPr>
                <w:rFonts w:ascii="Raleway ExtraBold" w:hAnsi="Raleway ExtraBold"/>
                <w:b/>
                <w:color w:val="003767"/>
                <w:sz w:val="18"/>
              </w:rPr>
              <w:t>Kontaktní e-mail:</w:t>
            </w:r>
          </w:p>
        </w:tc>
        <w:tc>
          <w:tcPr>
            <w:tcW w:w="4981" w:type="dxa"/>
          </w:tcPr>
          <w:p w14:paraId="1B04B400" w14:textId="77777777" w:rsidR="004B0E45" w:rsidRPr="00BE65BC" w:rsidRDefault="004B0E45" w:rsidP="00D51D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14:paraId="1E7A1275" w14:textId="77777777" w:rsidR="004B0E45" w:rsidRPr="00BE65BC" w:rsidRDefault="004B0E45" w:rsidP="00D51D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87" w:type="dxa"/>
          </w:tcPr>
          <w:p w14:paraId="4C22DDA8" w14:textId="77777777" w:rsidR="004B0E45" w:rsidRPr="00BE65BC" w:rsidRDefault="004B0E45" w:rsidP="00D51D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22036E8" w14:textId="77777777" w:rsidR="00921E16" w:rsidRPr="00245F34" w:rsidRDefault="00921E16" w:rsidP="00921E16">
      <w:pPr>
        <w:pStyle w:val="Nadpis1"/>
        <w:spacing w:before="0"/>
        <w:rPr>
          <w:sz w:val="14"/>
          <w:szCs w:val="14"/>
          <w:lang w:val="cs-CZ"/>
        </w:rPr>
      </w:pPr>
    </w:p>
    <w:p w14:paraId="75EC6E3C" w14:textId="6C737169" w:rsidR="00534D6A" w:rsidRPr="00BE65BC" w:rsidRDefault="009A446D" w:rsidP="00921E16">
      <w:pPr>
        <w:pStyle w:val="Nadpis1"/>
        <w:spacing w:before="0"/>
        <w:rPr>
          <w:lang w:val="cs-CZ"/>
        </w:rPr>
      </w:pPr>
      <w:r w:rsidRPr="00BE65BC">
        <w:rPr>
          <w:lang w:val="cs-CZ"/>
        </w:rPr>
        <w:t>BYT</w:t>
      </w:r>
    </w:p>
    <w:tbl>
      <w:tblPr>
        <w:tblStyle w:val="Mkatabulky"/>
        <w:tblW w:w="141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851"/>
        <w:gridCol w:w="567"/>
        <w:gridCol w:w="708"/>
        <w:gridCol w:w="567"/>
        <w:gridCol w:w="1418"/>
        <w:gridCol w:w="992"/>
        <w:gridCol w:w="1701"/>
        <w:gridCol w:w="1701"/>
        <w:gridCol w:w="1559"/>
        <w:gridCol w:w="1134"/>
      </w:tblGrid>
      <w:tr w:rsidR="00B16926" w:rsidRPr="007F2851" w14:paraId="00D9E3E6" w14:textId="77777777" w:rsidTr="00F06F6D">
        <w:tc>
          <w:tcPr>
            <w:tcW w:w="2972" w:type="dxa"/>
            <w:shd w:val="clear" w:color="auto" w:fill="DBE5F1" w:themeFill="accent1" w:themeFillTint="33"/>
          </w:tcPr>
          <w:p w14:paraId="77A22483" w14:textId="77777777" w:rsidR="00B16926" w:rsidRPr="004B45D3" w:rsidRDefault="00B16926" w:rsidP="00991333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Adresa nemovitosti</w:t>
            </w:r>
          </w:p>
          <w:p w14:paraId="3A569F6B" w14:textId="77777777" w:rsidR="00647575" w:rsidRPr="004B45D3" w:rsidRDefault="00B16926" w:rsidP="00991333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 xml:space="preserve">(číslo popisné /evidenční) </w:t>
            </w:r>
          </w:p>
          <w:p w14:paraId="0A4DEAA3" w14:textId="5AA9ACCA" w:rsidR="00B16926" w:rsidRPr="004B45D3" w:rsidRDefault="00B16926" w:rsidP="00991333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a číslo jednotky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14:paraId="2DD12C49" w14:textId="77777777" w:rsidR="00B16926" w:rsidRPr="004B45D3" w:rsidRDefault="00B16926" w:rsidP="004B0E45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Dispozice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4C9CAA09" w14:textId="05E1276E" w:rsidR="00B16926" w:rsidRPr="004B45D3" w:rsidRDefault="00B16926" w:rsidP="004B0E45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proofErr w:type="spellStart"/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Podla-hová</w:t>
            </w:r>
            <w:proofErr w:type="spellEnd"/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 xml:space="preserve"> plocha [m²]</w:t>
            </w:r>
          </w:p>
        </w:tc>
        <w:tc>
          <w:tcPr>
            <w:tcW w:w="708" w:type="dxa"/>
            <w:shd w:val="clear" w:color="auto" w:fill="DBE5F1" w:themeFill="accent1" w:themeFillTint="33"/>
          </w:tcPr>
          <w:p w14:paraId="5D6C4A4C" w14:textId="4371E3F3" w:rsidR="00B16926" w:rsidRPr="004B45D3" w:rsidRDefault="00B16926" w:rsidP="004B0E45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 xml:space="preserve">Balkon/ Terasa </w:t>
            </w:r>
          </w:p>
          <w:p w14:paraId="3133F9FB" w14:textId="509ACB0B" w:rsidR="00B16926" w:rsidRPr="004B45D3" w:rsidRDefault="00B16926" w:rsidP="004B0E45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[m²]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3F5A8EC0" w14:textId="77777777" w:rsidR="00B16926" w:rsidRPr="004B45D3" w:rsidRDefault="00B16926" w:rsidP="004B0E45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Patro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10234254" w14:textId="0DFB7E44" w:rsidR="00B16926" w:rsidRPr="004B45D3" w:rsidRDefault="00B16926" w:rsidP="004B0E45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Stav nemovitosti (bytu)</w:t>
            </w: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1E148F7F" w14:textId="77777777" w:rsidR="00B16926" w:rsidRPr="004B45D3" w:rsidRDefault="00B16926" w:rsidP="00BC03D4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Výše nájemného</w:t>
            </w:r>
          </w:p>
          <w:p w14:paraId="33B45D8B" w14:textId="6F467553" w:rsidR="00B16926" w:rsidRPr="004B45D3" w:rsidRDefault="00B16926" w:rsidP="00BC03D4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4"/>
                <w:szCs w:val="14"/>
              </w:rPr>
              <w:t>(bez služeb)</w:t>
            </w: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br/>
              <w:t>[Kč]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59D57482" w14:textId="2DF021C0" w:rsidR="00B16926" w:rsidRPr="004B45D3" w:rsidRDefault="00B16926" w:rsidP="004B0E45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 xml:space="preserve">Výše nájemného </w:t>
            </w:r>
            <w:r w:rsidRPr="004B45D3">
              <w:rPr>
                <w:rFonts w:ascii="Raleway ExtraBold" w:hAnsi="Raleway ExtraBold"/>
                <w:b/>
                <w:bCs/>
                <w:color w:val="003767"/>
                <w:sz w:val="14"/>
                <w:szCs w:val="14"/>
              </w:rPr>
              <w:t>(hrazená nájemníkem na účet pronajímatele)</w:t>
            </w:r>
          </w:p>
          <w:p w14:paraId="5259A149" w14:textId="69B1603E" w:rsidR="00B16926" w:rsidRPr="004B45D3" w:rsidRDefault="00B16926" w:rsidP="004B0E45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[Kč]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29756CD9" w14:textId="17C778B3" w:rsidR="00B16926" w:rsidRPr="004B45D3" w:rsidRDefault="00B16926" w:rsidP="004B0E45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Identifikace a datum platby na účtu pronajímatele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1BC0DEB2" w14:textId="77777777" w:rsidR="00F06F6D" w:rsidRPr="004B45D3" w:rsidRDefault="00B16926" w:rsidP="004B0E45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 xml:space="preserve">Nájem sjednán </w:t>
            </w:r>
          </w:p>
          <w:p w14:paraId="18DD8206" w14:textId="69DE99D8" w:rsidR="00B16926" w:rsidRPr="004B45D3" w:rsidRDefault="00B16926" w:rsidP="004B0E45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od-do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3F33DE6D" w14:textId="77777777" w:rsidR="00B16926" w:rsidRPr="004B45D3" w:rsidRDefault="00B16926" w:rsidP="00B16926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Je nájem uplatněn</w:t>
            </w: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br/>
              <w:t xml:space="preserve">v daňovém přiznání? </w:t>
            </w:r>
          </w:p>
          <w:p w14:paraId="43E8CBD9" w14:textId="77777777" w:rsidR="00B16926" w:rsidRPr="004B45D3" w:rsidRDefault="00B16926" w:rsidP="00B16926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[ano/ne]</w:t>
            </w:r>
          </w:p>
          <w:p w14:paraId="04D1D4B5" w14:textId="46795DE3" w:rsidR="00B16926" w:rsidRPr="00991333" w:rsidRDefault="007F2851" w:rsidP="007F2851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7F2851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+</w:t>
            </w:r>
            <w:r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 xml:space="preserve"> </w:t>
            </w:r>
            <w:r w:rsidR="00B16926"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uveďte počet měsíců</w:t>
            </w:r>
          </w:p>
        </w:tc>
      </w:tr>
      <w:tr w:rsidR="00B16926" w:rsidRPr="00F06F6D" w14:paraId="6B127A89" w14:textId="77777777" w:rsidTr="00F06F6D">
        <w:tc>
          <w:tcPr>
            <w:tcW w:w="2972" w:type="dxa"/>
          </w:tcPr>
          <w:p w14:paraId="42088E40" w14:textId="5F23D93D" w:rsidR="00B16926" w:rsidRPr="00F06F6D" w:rsidRDefault="00B16926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744068280"/>
            <w:placeholder>
              <w:docPart w:val="120E2C8E9930447990DBC8FA074FC066"/>
            </w:placeholder>
            <w:dropDownList>
              <w:listItem w:displayText="--Vyberte--" w:value="--Vyberte--"/>
              <w:listItem w:displayText="1+kk" w:value="1+kk"/>
              <w:listItem w:displayText="1+1" w:value="1+1"/>
              <w:listItem w:displayText="2+kk" w:value="2+kk"/>
              <w:listItem w:displayText="2+1" w:value="2+1"/>
              <w:listItem w:displayText="3+kk" w:value="3+kk"/>
              <w:listItem w:displayText="3+1" w:value="3+1"/>
              <w:listItem w:displayText="4+kk" w:value="4+kk"/>
              <w:listItem w:displayText="4+1" w:value="4+1"/>
              <w:listItem w:displayText="5+kk" w:value="5+kk"/>
              <w:listItem w:displayText="5+1" w:value="5+1"/>
              <w:listItem w:displayText="jiná" w:value="jiná"/>
            </w:dropDownList>
          </w:sdtPr>
          <w:sdtContent>
            <w:tc>
              <w:tcPr>
                <w:tcW w:w="851" w:type="dxa"/>
              </w:tcPr>
              <w:p w14:paraId="6196857B" w14:textId="3DBABFA3" w:rsidR="00B16926" w:rsidRPr="00F06F6D" w:rsidRDefault="00B16926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567" w:type="dxa"/>
          </w:tcPr>
          <w:p w14:paraId="668BBC70" w14:textId="67A321EE" w:rsidR="00B16926" w:rsidRPr="00F06F6D" w:rsidRDefault="00B16926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708" w:type="dxa"/>
          </w:tcPr>
          <w:p w14:paraId="19C8FF17" w14:textId="617C3D68" w:rsidR="00B16926" w:rsidRPr="00F06F6D" w:rsidRDefault="00B16926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567" w:type="dxa"/>
          </w:tcPr>
          <w:p w14:paraId="3933E9B5" w14:textId="5BC9A2ED" w:rsidR="00B16926" w:rsidRPr="00F06F6D" w:rsidRDefault="00B16926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-2045047498"/>
            <w:placeholder>
              <w:docPart w:val="39C94A13D5D94C2E87354A22310E58CF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</w:dropDownList>
          </w:sdtPr>
          <w:sdtContent>
            <w:tc>
              <w:tcPr>
                <w:tcW w:w="1418" w:type="dxa"/>
              </w:tcPr>
              <w:p w14:paraId="1799990D" w14:textId="4B9E5A28" w:rsidR="00B16926" w:rsidRPr="00F06F6D" w:rsidRDefault="00F06F6D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7A914875" w14:textId="4C6BB9F4" w:rsidR="00B16926" w:rsidRPr="00F06F6D" w:rsidRDefault="00B16926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6F2AF841" w14:textId="77777777" w:rsidR="00B16926" w:rsidRPr="00F06F6D" w:rsidRDefault="00B16926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3295AE4F" w14:textId="538D4F60" w:rsidR="00B16926" w:rsidRPr="00F06F6D" w:rsidRDefault="00B16926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59" w:type="dxa"/>
          </w:tcPr>
          <w:p w14:paraId="334CE5A4" w14:textId="77777777" w:rsidR="00B16926" w:rsidRPr="00F06F6D" w:rsidRDefault="00B16926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34" w:type="dxa"/>
          </w:tcPr>
          <w:p w14:paraId="28128F5C" w14:textId="02594CA1" w:rsidR="00B16926" w:rsidRPr="00F06F6D" w:rsidRDefault="00B16926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  <w:tr w:rsidR="00B16926" w:rsidRPr="00F06F6D" w14:paraId="286095D4" w14:textId="77777777" w:rsidTr="00F06F6D">
        <w:tc>
          <w:tcPr>
            <w:tcW w:w="2972" w:type="dxa"/>
          </w:tcPr>
          <w:p w14:paraId="3EF3C9DD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2058823811"/>
            <w:placeholder>
              <w:docPart w:val="BFCD450F6EB3479C849C040C404CFC1E"/>
            </w:placeholder>
            <w:dropDownList>
              <w:listItem w:displayText="--Vyberte--" w:value="--Vyberte--"/>
              <w:listItem w:displayText="1+kk" w:value="1+kk"/>
              <w:listItem w:displayText="1+1" w:value="1+1"/>
              <w:listItem w:displayText="2+kk" w:value="2+kk"/>
              <w:listItem w:displayText="2+1" w:value="2+1"/>
              <w:listItem w:displayText="3+kk" w:value="3+kk"/>
              <w:listItem w:displayText="3+1" w:value="3+1"/>
              <w:listItem w:displayText="4+kk" w:value="4+kk"/>
              <w:listItem w:displayText="4+1" w:value="4+1"/>
              <w:listItem w:displayText="5+kk" w:value="5+kk"/>
              <w:listItem w:displayText="5+1" w:value="5+1"/>
              <w:listItem w:displayText="jiná" w:value="jiná"/>
            </w:dropDownList>
          </w:sdtPr>
          <w:sdtContent>
            <w:tc>
              <w:tcPr>
                <w:tcW w:w="851" w:type="dxa"/>
              </w:tcPr>
              <w:p w14:paraId="2BDB97E3" w14:textId="40D0489D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567" w:type="dxa"/>
          </w:tcPr>
          <w:p w14:paraId="225EA9DF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708" w:type="dxa"/>
          </w:tcPr>
          <w:p w14:paraId="24A791A7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567" w:type="dxa"/>
          </w:tcPr>
          <w:p w14:paraId="3EAD405B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-252280898"/>
            <w:placeholder>
              <w:docPart w:val="FD41F48D769E409AA177FB1D3ECE6851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</w:dropDownList>
          </w:sdtPr>
          <w:sdtContent>
            <w:tc>
              <w:tcPr>
                <w:tcW w:w="1418" w:type="dxa"/>
              </w:tcPr>
              <w:p w14:paraId="178AAB5E" w14:textId="35C59519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3DDCF37D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59690617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6075E10B" w14:textId="5E82C268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59" w:type="dxa"/>
          </w:tcPr>
          <w:p w14:paraId="25474CA6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34" w:type="dxa"/>
          </w:tcPr>
          <w:p w14:paraId="3B543420" w14:textId="5AEB9AD9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  <w:tr w:rsidR="00B16926" w:rsidRPr="00F06F6D" w14:paraId="48BAAC21" w14:textId="77777777" w:rsidTr="00F06F6D">
        <w:tc>
          <w:tcPr>
            <w:tcW w:w="2972" w:type="dxa"/>
          </w:tcPr>
          <w:p w14:paraId="1C60B691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2069843955"/>
            <w:placeholder>
              <w:docPart w:val="69479290FC5440D8B9C1F627452DF259"/>
            </w:placeholder>
            <w:dropDownList>
              <w:listItem w:displayText="--Vyberte--" w:value="--Vyberte--"/>
              <w:listItem w:displayText="1+kk" w:value="1+kk"/>
              <w:listItem w:displayText="1+1" w:value="1+1"/>
              <w:listItem w:displayText="2+kk" w:value="2+kk"/>
              <w:listItem w:displayText="2+1" w:value="2+1"/>
              <w:listItem w:displayText="3+kk" w:value="3+kk"/>
              <w:listItem w:displayText="3+1" w:value="3+1"/>
              <w:listItem w:displayText="4+kk" w:value="4+kk"/>
              <w:listItem w:displayText="4+1" w:value="4+1"/>
              <w:listItem w:displayText="5+kk" w:value="5+kk"/>
              <w:listItem w:displayText="5+1" w:value="5+1"/>
              <w:listItem w:displayText="jiná" w:value="jiná"/>
            </w:dropDownList>
          </w:sdtPr>
          <w:sdtContent>
            <w:tc>
              <w:tcPr>
                <w:tcW w:w="851" w:type="dxa"/>
              </w:tcPr>
              <w:p w14:paraId="0CB99462" w14:textId="330AF05B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567" w:type="dxa"/>
          </w:tcPr>
          <w:p w14:paraId="467E39BC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708" w:type="dxa"/>
          </w:tcPr>
          <w:p w14:paraId="7379BBBC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567" w:type="dxa"/>
          </w:tcPr>
          <w:p w14:paraId="1FE1A1A2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506412805"/>
            <w:placeholder>
              <w:docPart w:val="C82D5C6DBAFB4A0E8A603F75CBA012DC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</w:dropDownList>
          </w:sdtPr>
          <w:sdtContent>
            <w:tc>
              <w:tcPr>
                <w:tcW w:w="1418" w:type="dxa"/>
              </w:tcPr>
              <w:p w14:paraId="2E027CA6" w14:textId="76388F9D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3074BA02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16D48C2B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0910A011" w14:textId="2D1B994B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59" w:type="dxa"/>
          </w:tcPr>
          <w:p w14:paraId="5DD96EA3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34" w:type="dxa"/>
          </w:tcPr>
          <w:p w14:paraId="79764179" w14:textId="7A642352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  <w:tr w:rsidR="00B16926" w:rsidRPr="00F06F6D" w14:paraId="2D8C199B" w14:textId="77777777" w:rsidTr="00F06F6D">
        <w:tc>
          <w:tcPr>
            <w:tcW w:w="2972" w:type="dxa"/>
          </w:tcPr>
          <w:p w14:paraId="3C6A3A7E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-1523083970"/>
            <w:placeholder>
              <w:docPart w:val="2BC96A95686241108381E5C003DC7B7D"/>
            </w:placeholder>
            <w:dropDownList>
              <w:listItem w:displayText="--Vyberte--" w:value="--Vyberte--"/>
              <w:listItem w:displayText="1+kk" w:value="1+kk"/>
              <w:listItem w:displayText="1+1" w:value="1+1"/>
              <w:listItem w:displayText="2+kk" w:value="2+kk"/>
              <w:listItem w:displayText="2+1" w:value="2+1"/>
              <w:listItem w:displayText="3+kk" w:value="3+kk"/>
              <w:listItem w:displayText="3+1" w:value="3+1"/>
              <w:listItem w:displayText="4+kk" w:value="4+kk"/>
              <w:listItem w:displayText="4+1" w:value="4+1"/>
              <w:listItem w:displayText="5+kk" w:value="5+kk"/>
              <w:listItem w:displayText="5+1" w:value="5+1"/>
              <w:listItem w:displayText="jiná" w:value="jiná"/>
            </w:dropDownList>
          </w:sdtPr>
          <w:sdtContent>
            <w:tc>
              <w:tcPr>
                <w:tcW w:w="851" w:type="dxa"/>
              </w:tcPr>
              <w:p w14:paraId="4A84D5CA" w14:textId="65224CED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567" w:type="dxa"/>
          </w:tcPr>
          <w:p w14:paraId="650A7EA5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708" w:type="dxa"/>
          </w:tcPr>
          <w:p w14:paraId="5EA97F18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567" w:type="dxa"/>
          </w:tcPr>
          <w:p w14:paraId="1946B075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1599133628"/>
            <w:placeholder>
              <w:docPart w:val="E16C6BAC87924EB99EE7E65CCD0ACE87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</w:dropDownList>
          </w:sdtPr>
          <w:sdtContent>
            <w:tc>
              <w:tcPr>
                <w:tcW w:w="1418" w:type="dxa"/>
              </w:tcPr>
              <w:p w14:paraId="47EC417C" w14:textId="12E1BF93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4D9908BD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1719B2BA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02F11A93" w14:textId="731210C1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59" w:type="dxa"/>
          </w:tcPr>
          <w:p w14:paraId="769519B2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34" w:type="dxa"/>
          </w:tcPr>
          <w:p w14:paraId="5107A685" w14:textId="611AEE5A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  <w:tr w:rsidR="00B16926" w:rsidRPr="00F06F6D" w14:paraId="780AB8F4" w14:textId="77777777" w:rsidTr="00F06F6D">
        <w:tc>
          <w:tcPr>
            <w:tcW w:w="2972" w:type="dxa"/>
          </w:tcPr>
          <w:p w14:paraId="72BF0840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-108671636"/>
            <w:placeholder>
              <w:docPart w:val="1340A819F1C74534BA335A72962F4BD7"/>
            </w:placeholder>
            <w:dropDownList>
              <w:listItem w:displayText="--Vyberte--" w:value="--Vyberte--"/>
              <w:listItem w:displayText="1+kk" w:value="1+kk"/>
              <w:listItem w:displayText="1+1" w:value="1+1"/>
              <w:listItem w:displayText="2+kk" w:value="2+kk"/>
              <w:listItem w:displayText="2+1" w:value="2+1"/>
              <w:listItem w:displayText="3+kk" w:value="3+kk"/>
              <w:listItem w:displayText="3+1" w:value="3+1"/>
              <w:listItem w:displayText="4+kk" w:value="4+kk"/>
              <w:listItem w:displayText="4+1" w:value="4+1"/>
              <w:listItem w:displayText="5+kk" w:value="5+kk"/>
              <w:listItem w:displayText="5+1" w:value="5+1"/>
              <w:listItem w:displayText="jiná" w:value="jiná"/>
            </w:dropDownList>
          </w:sdtPr>
          <w:sdtContent>
            <w:tc>
              <w:tcPr>
                <w:tcW w:w="851" w:type="dxa"/>
              </w:tcPr>
              <w:p w14:paraId="65E753C8" w14:textId="110400A8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567" w:type="dxa"/>
          </w:tcPr>
          <w:p w14:paraId="76861032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708" w:type="dxa"/>
          </w:tcPr>
          <w:p w14:paraId="102847A0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567" w:type="dxa"/>
          </w:tcPr>
          <w:p w14:paraId="50B92064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692185519"/>
            <w:placeholder>
              <w:docPart w:val="499D254C901948E4901448D43B91C0EB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</w:dropDownList>
          </w:sdtPr>
          <w:sdtContent>
            <w:tc>
              <w:tcPr>
                <w:tcW w:w="1418" w:type="dxa"/>
              </w:tcPr>
              <w:p w14:paraId="691C6B13" w14:textId="1DBCC0D8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0244B470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6B4E2356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20CADBD2" w14:textId="4FEA51BA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59" w:type="dxa"/>
          </w:tcPr>
          <w:p w14:paraId="215FC46F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34" w:type="dxa"/>
          </w:tcPr>
          <w:p w14:paraId="71FFA931" w14:textId="09D72772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  <w:tr w:rsidR="00B16926" w:rsidRPr="00F06F6D" w14:paraId="671FA50E" w14:textId="77777777" w:rsidTr="00F06F6D">
        <w:tc>
          <w:tcPr>
            <w:tcW w:w="2972" w:type="dxa"/>
          </w:tcPr>
          <w:p w14:paraId="4E666818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1136070710"/>
            <w:placeholder>
              <w:docPart w:val="D1D0848494C1437FBF271CDB95050E73"/>
            </w:placeholder>
            <w:dropDownList>
              <w:listItem w:displayText="--Vyberte--" w:value="--Vyberte--"/>
              <w:listItem w:displayText="1+kk" w:value="1+kk"/>
              <w:listItem w:displayText="1+1" w:value="1+1"/>
              <w:listItem w:displayText="2+kk" w:value="2+kk"/>
              <w:listItem w:displayText="2+1" w:value="2+1"/>
              <w:listItem w:displayText="3+kk" w:value="3+kk"/>
              <w:listItem w:displayText="3+1" w:value="3+1"/>
              <w:listItem w:displayText="4+kk" w:value="4+kk"/>
              <w:listItem w:displayText="4+1" w:value="4+1"/>
              <w:listItem w:displayText="5+kk" w:value="5+kk"/>
              <w:listItem w:displayText="5+1" w:value="5+1"/>
              <w:listItem w:displayText="jiná" w:value="jiná"/>
            </w:dropDownList>
          </w:sdtPr>
          <w:sdtContent>
            <w:tc>
              <w:tcPr>
                <w:tcW w:w="851" w:type="dxa"/>
              </w:tcPr>
              <w:p w14:paraId="220F136F" w14:textId="224DE484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567" w:type="dxa"/>
          </w:tcPr>
          <w:p w14:paraId="37694FAF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708" w:type="dxa"/>
          </w:tcPr>
          <w:p w14:paraId="5E22B58E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567" w:type="dxa"/>
          </w:tcPr>
          <w:p w14:paraId="1AD186B4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1826168294"/>
            <w:placeholder>
              <w:docPart w:val="404DD863276D42B59E4A05E7F230422D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</w:dropDownList>
          </w:sdtPr>
          <w:sdtContent>
            <w:tc>
              <w:tcPr>
                <w:tcW w:w="1418" w:type="dxa"/>
              </w:tcPr>
              <w:p w14:paraId="73296E0C" w14:textId="238A777F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176FA737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549C44DF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316EAF57" w14:textId="2FAE811F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59" w:type="dxa"/>
          </w:tcPr>
          <w:p w14:paraId="7E496595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34" w:type="dxa"/>
          </w:tcPr>
          <w:p w14:paraId="60CB022F" w14:textId="511603CD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  <w:tr w:rsidR="00B16926" w:rsidRPr="00F06F6D" w14:paraId="4F9B3A00" w14:textId="77777777" w:rsidTr="00F06F6D">
        <w:tc>
          <w:tcPr>
            <w:tcW w:w="2972" w:type="dxa"/>
          </w:tcPr>
          <w:p w14:paraId="440BFE13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2019030378"/>
            <w:placeholder>
              <w:docPart w:val="26B4CCAF20E04F02AA99CA5D7D1008C5"/>
            </w:placeholder>
            <w:dropDownList>
              <w:listItem w:displayText="--Vyberte--" w:value="--Vyberte--"/>
              <w:listItem w:displayText="1+kk" w:value="1+kk"/>
              <w:listItem w:displayText="1+1" w:value="1+1"/>
              <w:listItem w:displayText="2+kk" w:value="2+kk"/>
              <w:listItem w:displayText="2+1" w:value="2+1"/>
              <w:listItem w:displayText="3+kk" w:value="3+kk"/>
              <w:listItem w:displayText="3+1" w:value="3+1"/>
              <w:listItem w:displayText="4+kk" w:value="4+kk"/>
              <w:listItem w:displayText="4+1" w:value="4+1"/>
              <w:listItem w:displayText="5+kk" w:value="5+kk"/>
              <w:listItem w:displayText="5+1" w:value="5+1"/>
              <w:listItem w:displayText="jiná" w:value="jiná"/>
            </w:dropDownList>
          </w:sdtPr>
          <w:sdtContent>
            <w:tc>
              <w:tcPr>
                <w:tcW w:w="851" w:type="dxa"/>
              </w:tcPr>
              <w:p w14:paraId="0F41D6CD" w14:textId="2287A9CD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567" w:type="dxa"/>
          </w:tcPr>
          <w:p w14:paraId="6BDA2DFE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708" w:type="dxa"/>
          </w:tcPr>
          <w:p w14:paraId="2C2359F8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567" w:type="dxa"/>
          </w:tcPr>
          <w:p w14:paraId="0B97D04D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-1974975825"/>
            <w:placeholder>
              <w:docPart w:val="CA9F4BF17AD34CFDB53E13A7C0E86F75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</w:dropDownList>
          </w:sdtPr>
          <w:sdtContent>
            <w:tc>
              <w:tcPr>
                <w:tcW w:w="1418" w:type="dxa"/>
              </w:tcPr>
              <w:p w14:paraId="5A1EC102" w14:textId="4BAFD763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68DF5BEA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64B9D52E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5BD61951" w14:textId="0A0B0B36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59" w:type="dxa"/>
          </w:tcPr>
          <w:p w14:paraId="3F961530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34" w:type="dxa"/>
          </w:tcPr>
          <w:p w14:paraId="7BB7A754" w14:textId="00EE95F4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  <w:tr w:rsidR="00B16926" w:rsidRPr="00F06F6D" w14:paraId="3C050074" w14:textId="77777777" w:rsidTr="00F06F6D">
        <w:tc>
          <w:tcPr>
            <w:tcW w:w="2972" w:type="dxa"/>
          </w:tcPr>
          <w:p w14:paraId="110CEED7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1600297974"/>
            <w:placeholder>
              <w:docPart w:val="F2613ED11BD9468399D989DB84FE55B1"/>
            </w:placeholder>
            <w:dropDownList>
              <w:listItem w:displayText="--Vyberte--" w:value="--Vyberte--"/>
              <w:listItem w:displayText="1+kk" w:value="1+kk"/>
              <w:listItem w:displayText="1+1" w:value="1+1"/>
              <w:listItem w:displayText="2+kk" w:value="2+kk"/>
              <w:listItem w:displayText="2+1" w:value="2+1"/>
              <w:listItem w:displayText="3+kk" w:value="3+kk"/>
              <w:listItem w:displayText="3+1" w:value="3+1"/>
              <w:listItem w:displayText="4+kk" w:value="4+kk"/>
              <w:listItem w:displayText="4+1" w:value="4+1"/>
              <w:listItem w:displayText="5+kk" w:value="5+kk"/>
              <w:listItem w:displayText="5+1" w:value="5+1"/>
              <w:listItem w:displayText="jiná" w:value="jiná"/>
            </w:dropDownList>
          </w:sdtPr>
          <w:sdtContent>
            <w:tc>
              <w:tcPr>
                <w:tcW w:w="851" w:type="dxa"/>
              </w:tcPr>
              <w:p w14:paraId="2680FF50" w14:textId="47DB76FE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567" w:type="dxa"/>
          </w:tcPr>
          <w:p w14:paraId="3DCF56E9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708" w:type="dxa"/>
          </w:tcPr>
          <w:p w14:paraId="564600FC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567" w:type="dxa"/>
          </w:tcPr>
          <w:p w14:paraId="6BA5C66B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540175869"/>
            <w:placeholder>
              <w:docPart w:val="356196F3C47D4FBB99E6D87C4C4516D0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</w:dropDownList>
          </w:sdtPr>
          <w:sdtContent>
            <w:tc>
              <w:tcPr>
                <w:tcW w:w="1418" w:type="dxa"/>
              </w:tcPr>
              <w:p w14:paraId="51B9E3F7" w14:textId="77716FB7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636B668D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1685298A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2A4A17AD" w14:textId="48343940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59" w:type="dxa"/>
          </w:tcPr>
          <w:p w14:paraId="777B0343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34" w:type="dxa"/>
          </w:tcPr>
          <w:p w14:paraId="4539231E" w14:textId="31DDD143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  <w:tr w:rsidR="00B16926" w:rsidRPr="00F06F6D" w14:paraId="794CC855" w14:textId="77777777" w:rsidTr="00F06F6D">
        <w:tc>
          <w:tcPr>
            <w:tcW w:w="2972" w:type="dxa"/>
          </w:tcPr>
          <w:p w14:paraId="26EF31B7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-684516950"/>
            <w:placeholder>
              <w:docPart w:val="B65283CE0F1745B399E107857131FA31"/>
            </w:placeholder>
            <w:dropDownList>
              <w:listItem w:displayText="--Vyberte--" w:value="--Vyberte--"/>
              <w:listItem w:displayText="1+kk" w:value="1+kk"/>
              <w:listItem w:displayText="1+1" w:value="1+1"/>
              <w:listItem w:displayText="2+kk" w:value="2+kk"/>
              <w:listItem w:displayText="2+1" w:value="2+1"/>
              <w:listItem w:displayText="3+kk" w:value="3+kk"/>
              <w:listItem w:displayText="3+1" w:value="3+1"/>
              <w:listItem w:displayText="4+kk" w:value="4+kk"/>
              <w:listItem w:displayText="4+1" w:value="4+1"/>
              <w:listItem w:displayText="5+kk" w:value="5+kk"/>
              <w:listItem w:displayText="5+1" w:value="5+1"/>
              <w:listItem w:displayText="jiná" w:value="jiná"/>
            </w:dropDownList>
          </w:sdtPr>
          <w:sdtContent>
            <w:tc>
              <w:tcPr>
                <w:tcW w:w="851" w:type="dxa"/>
              </w:tcPr>
              <w:p w14:paraId="2A8948EE" w14:textId="659D110A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567" w:type="dxa"/>
          </w:tcPr>
          <w:p w14:paraId="6FBF93B9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708" w:type="dxa"/>
          </w:tcPr>
          <w:p w14:paraId="23930211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567" w:type="dxa"/>
          </w:tcPr>
          <w:p w14:paraId="293DBE57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-526254830"/>
            <w:placeholder>
              <w:docPart w:val="52F3484730B647939CB0B686F3CEC11A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</w:dropDownList>
          </w:sdtPr>
          <w:sdtContent>
            <w:tc>
              <w:tcPr>
                <w:tcW w:w="1418" w:type="dxa"/>
              </w:tcPr>
              <w:p w14:paraId="40BBD750" w14:textId="08839EDC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013FEB63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004E76E8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0C35E7D8" w14:textId="0D974C15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59" w:type="dxa"/>
          </w:tcPr>
          <w:p w14:paraId="0B0C09C3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34" w:type="dxa"/>
          </w:tcPr>
          <w:p w14:paraId="67DF36F8" w14:textId="5DC3AD1E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  <w:tr w:rsidR="00B16926" w:rsidRPr="00F06F6D" w14:paraId="29F4D6ED" w14:textId="77777777" w:rsidTr="00F06F6D">
        <w:tc>
          <w:tcPr>
            <w:tcW w:w="2972" w:type="dxa"/>
          </w:tcPr>
          <w:p w14:paraId="11AE4D2F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-1656139638"/>
            <w:placeholder>
              <w:docPart w:val="D054467540844E5F9DD250B16F049B59"/>
            </w:placeholder>
            <w:dropDownList>
              <w:listItem w:displayText="--Vyberte--" w:value="--Vyberte--"/>
              <w:listItem w:displayText="1+kk" w:value="1+kk"/>
              <w:listItem w:displayText="1+1" w:value="1+1"/>
              <w:listItem w:displayText="2+kk" w:value="2+kk"/>
              <w:listItem w:displayText="2+1" w:value="2+1"/>
              <w:listItem w:displayText="3+kk" w:value="3+kk"/>
              <w:listItem w:displayText="3+1" w:value="3+1"/>
              <w:listItem w:displayText="4+kk" w:value="4+kk"/>
              <w:listItem w:displayText="4+1" w:value="4+1"/>
              <w:listItem w:displayText="5+kk" w:value="5+kk"/>
              <w:listItem w:displayText="5+1" w:value="5+1"/>
              <w:listItem w:displayText="jiná" w:value="jiná"/>
            </w:dropDownList>
          </w:sdtPr>
          <w:sdtContent>
            <w:tc>
              <w:tcPr>
                <w:tcW w:w="851" w:type="dxa"/>
              </w:tcPr>
              <w:p w14:paraId="624F783D" w14:textId="0ED892F5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567" w:type="dxa"/>
          </w:tcPr>
          <w:p w14:paraId="1DC4AC55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708" w:type="dxa"/>
          </w:tcPr>
          <w:p w14:paraId="1D13E923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567" w:type="dxa"/>
          </w:tcPr>
          <w:p w14:paraId="79098605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-70125927"/>
            <w:placeholder>
              <w:docPart w:val="B858CCD9A36C4C6EBA1FD6DE839B40C9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</w:dropDownList>
          </w:sdtPr>
          <w:sdtContent>
            <w:tc>
              <w:tcPr>
                <w:tcW w:w="1418" w:type="dxa"/>
              </w:tcPr>
              <w:p w14:paraId="7D6778A8" w14:textId="61A2D6D3" w:rsidR="00B16926" w:rsidRPr="00F06F6D" w:rsidRDefault="00B16926" w:rsidP="00EC230F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058CB534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3CA25B73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02103C39" w14:textId="5D345B60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59" w:type="dxa"/>
          </w:tcPr>
          <w:p w14:paraId="43E31041" w14:textId="77777777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34" w:type="dxa"/>
          </w:tcPr>
          <w:p w14:paraId="78F35445" w14:textId="5540492F" w:rsidR="00B16926" w:rsidRPr="00F06F6D" w:rsidRDefault="00B16926" w:rsidP="00EC230F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</w:tbl>
    <w:p w14:paraId="4FABCAA9" w14:textId="77777777" w:rsidR="00921E16" w:rsidRPr="00245F34" w:rsidRDefault="00921E16" w:rsidP="009A446D">
      <w:pPr>
        <w:pStyle w:val="Nadpis1"/>
        <w:spacing w:before="0"/>
        <w:rPr>
          <w:sz w:val="14"/>
          <w:szCs w:val="14"/>
          <w:lang w:val="cs-CZ"/>
        </w:rPr>
      </w:pPr>
    </w:p>
    <w:p w14:paraId="7D06EF9D" w14:textId="2455660F" w:rsidR="009A446D" w:rsidRPr="00BE65BC" w:rsidRDefault="009A446D" w:rsidP="009A446D">
      <w:pPr>
        <w:pStyle w:val="Nadpis1"/>
        <w:spacing w:before="0"/>
        <w:rPr>
          <w:lang w:val="cs-CZ"/>
        </w:rPr>
      </w:pPr>
      <w:r w:rsidRPr="00BE65BC">
        <w:rPr>
          <w:lang w:val="cs-CZ"/>
        </w:rPr>
        <w:t>R</w:t>
      </w:r>
      <w:r w:rsidR="0062512F">
        <w:rPr>
          <w:lang w:val="cs-CZ"/>
        </w:rPr>
        <w:t xml:space="preserve">ODINNÝ </w:t>
      </w:r>
      <w:r w:rsidR="0062512F" w:rsidRPr="0062512F">
        <w:t>DŮM</w:t>
      </w:r>
      <w:r w:rsidR="0062512F">
        <w:t xml:space="preserve"> </w:t>
      </w:r>
      <w:r w:rsidRPr="00BE65BC">
        <w:rPr>
          <w:lang w:val="cs-CZ"/>
        </w:rPr>
        <w:t>a ostatní typy nemovitostí</w:t>
      </w:r>
    </w:p>
    <w:tbl>
      <w:tblPr>
        <w:tblStyle w:val="Mkatabulky"/>
        <w:tblW w:w="141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1"/>
        <w:gridCol w:w="1708"/>
        <w:gridCol w:w="666"/>
        <w:gridCol w:w="1418"/>
        <w:gridCol w:w="992"/>
        <w:gridCol w:w="1701"/>
        <w:gridCol w:w="1701"/>
        <w:gridCol w:w="1574"/>
        <w:gridCol w:w="1124"/>
      </w:tblGrid>
      <w:tr w:rsidR="00F06F6D" w:rsidRPr="007F2851" w14:paraId="032EF8F6" w14:textId="77777777" w:rsidTr="00F06F6D">
        <w:trPr>
          <w:trHeight w:val="79"/>
        </w:trPr>
        <w:tc>
          <w:tcPr>
            <w:tcW w:w="3291" w:type="dxa"/>
            <w:shd w:val="clear" w:color="auto" w:fill="DBE5F1" w:themeFill="accent1" w:themeFillTint="33"/>
          </w:tcPr>
          <w:p w14:paraId="014E5CDF" w14:textId="77777777" w:rsidR="00F06F6D" w:rsidRPr="00B206CA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B206CA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Adresa nemovitosti</w:t>
            </w:r>
          </w:p>
          <w:p w14:paraId="06C68669" w14:textId="5BF436F8" w:rsidR="00F06F6D" w:rsidRPr="00B206CA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B206CA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(číslo popisné /evidenční)</w:t>
            </w:r>
          </w:p>
        </w:tc>
        <w:tc>
          <w:tcPr>
            <w:tcW w:w="1708" w:type="dxa"/>
            <w:shd w:val="clear" w:color="auto" w:fill="DBE5F1" w:themeFill="accent1" w:themeFillTint="33"/>
          </w:tcPr>
          <w:p w14:paraId="1911A63E" w14:textId="37D2D432" w:rsidR="00F06F6D" w:rsidRPr="00B206CA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B206CA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Typ nemovitosti</w:t>
            </w:r>
            <w:r w:rsidRPr="00B206CA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br/>
              <w:t>(např.: Rodinný dům, garáž atp.)</w:t>
            </w:r>
          </w:p>
          <w:p w14:paraId="091F2AD0" w14:textId="65A616DF" w:rsidR="00F06F6D" w:rsidRPr="00B206CA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B206CA">
              <w:rPr>
                <w:rFonts w:ascii="Raleway ExtraBold" w:hAnsi="Raleway ExtraBold"/>
                <w:color w:val="FF0000"/>
                <w:sz w:val="16"/>
                <w:szCs w:val="16"/>
              </w:rPr>
              <w:t>Zde nezadávat byt</w:t>
            </w:r>
          </w:p>
        </w:tc>
        <w:tc>
          <w:tcPr>
            <w:tcW w:w="666" w:type="dxa"/>
            <w:shd w:val="clear" w:color="auto" w:fill="DBE5F1" w:themeFill="accent1" w:themeFillTint="33"/>
          </w:tcPr>
          <w:p w14:paraId="0BBA17AD" w14:textId="389F3FD0" w:rsidR="00F06F6D" w:rsidRPr="00B206CA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proofErr w:type="spellStart"/>
            <w:r w:rsidRPr="00B206CA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Podla-hová</w:t>
            </w:r>
            <w:proofErr w:type="spellEnd"/>
            <w:r w:rsidRPr="00B206CA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 xml:space="preserve"> plocha [m²]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7D2AFE78" w14:textId="0427B772" w:rsidR="00F06F6D" w:rsidRPr="00B206CA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B206CA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Stav nemovitosti</w:t>
            </w:r>
            <w:r w:rsidRPr="00B206CA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429CA9AC" w14:textId="77777777" w:rsidR="00F06F6D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99133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Výše nájemného</w:t>
            </w:r>
          </w:p>
          <w:p w14:paraId="75712B64" w14:textId="0F260314" w:rsidR="00F06F6D" w:rsidRPr="00B206CA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B16926">
              <w:rPr>
                <w:rFonts w:ascii="Raleway ExtraBold" w:hAnsi="Raleway ExtraBold"/>
                <w:b/>
                <w:bCs/>
                <w:color w:val="003767"/>
                <w:sz w:val="14"/>
                <w:szCs w:val="14"/>
              </w:rPr>
              <w:t>(bez služeb)</w:t>
            </w:r>
            <w:r w:rsidRPr="0099133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br/>
            </w:r>
            <w:r w:rsidRPr="00B16926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[</w:t>
            </w:r>
            <w:r w:rsidRPr="0099133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Kč</w:t>
            </w:r>
            <w:r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]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6DB4C9F5" w14:textId="77777777" w:rsidR="00F06F6D" w:rsidRPr="004B45D3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 xml:space="preserve">Výše nájemného </w:t>
            </w:r>
            <w:r w:rsidRPr="004B45D3">
              <w:rPr>
                <w:rFonts w:ascii="Raleway ExtraBold" w:hAnsi="Raleway ExtraBold"/>
                <w:b/>
                <w:bCs/>
                <w:color w:val="003767"/>
                <w:sz w:val="14"/>
                <w:szCs w:val="14"/>
              </w:rPr>
              <w:t>(hrazená nájemníkem na účet pronajímatele)</w:t>
            </w:r>
          </w:p>
          <w:p w14:paraId="01D81E28" w14:textId="4BB49F82" w:rsidR="00F06F6D" w:rsidRPr="004B45D3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[Kč]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119A8774" w14:textId="7BD62480" w:rsidR="00F06F6D" w:rsidRPr="004B45D3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Identifikace a datum platby na účtu pronajímatele</w:t>
            </w:r>
          </w:p>
        </w:tc>
        <w:tc>
          <w:tcPr>
            <w:tcW w:w="1574" w:type="dxa"/>
            <w:shd w:val="clear" w:color="auto" w:fill="DBE5F1" w:themeFill="accent1" w:themeFillTint="33"/>
          </w:tcPr>
          <w:p w14:paraId="208A098A" w14:textId="77777777" w:rsidR="00F06F6D" w:rsidRPr="004B45D3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 xml:space="preserve">Nájem sjednán </w:t>
            </w:r>
          </w:p>
          <w:p w14:paraId="704B24CF" w14:textId="512C035E" w:rsidR="00F06F6D" w:rsidRPr="004B45D3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od-do</w:t>
            </w:r>
          </w:p>
        </w:tc>
        <w:tc>
          <w:tcPr>
            <w:tcW w:w="1124" w:type="dxa"/>
            <w:shd w:val="clear" w:color="auto" w:fill="DBE5F1" w:themeFill="accent1" w:themeFillTint="33"/>
          </w:tcPr>
          <w:p w14:paraId="39229FDE" w14:textId="77777777" w:rsidR="00F06F6D" w:rsidRPr="004B45D3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Je nájem uplatněn</w:t>
            </w: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br/>
              <w:t xml:space="preserve">v daňovém přiznání? </w:t>
            </w:r>
          </w:p>
          <w:p w14:paraId="005BE0D1" w14:textId="77777777" w:rsidR="00F06F6D" w:rsidRPr="004B45D3" w:rsidRDefault="00F06F6D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[ano/ne]</w:t>
            </w:r>
          </w:p>
          <w:p w14:paraId="0DD017D5" w14:textId="5116F958" w:rsidR="00F06F6D" w:rsidRPr="004B45D3" w:rsidRDefault="007F2851" w:rsidP="00F06F6D">
            <w:pPr>
              <w:pStyle w:val="TableParagraph"/>
              <w:spacing w:before="1"/>
              <w:jc w:val="center"/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</w:pPr>
            <w:r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 xml:space="preserve">+ </w:t>
            </w:r>
            <w:r w:rsidR="00F06F6D" w:rsidRPr="004B45D3">
              <w:rPr>
                <w:rFonts w:ascii="Raleway ExtraBold" w:hAnsi="Raleway ExtraBold"/>
                <w:b/>
                <w:bCs/>
                <w:color w:val="003767"/>
                <w:sz w:val="16"/>
                <w:szCs w:val="16"/>
              </w:rPr>
              <w:t>uveďte počet měsíců</w:t>
            </w:r>
          </w:p>
        </w:tc>
      </w:tr>
      <w:tr w:rsidR="00F06F6D" w:rsidRPr="00F06F6D" w14:paraId="6FA63652" w14:textId="77777777" w:rsidTr="00F06F6D">
        <w:trPr>
          <w:trHeight w:val="5"/>
        </w:trPr>
        <w:tc>
          <w:tcPr>
            <w:tcW w:w="3291" w:type="dxa"/>
          </w:tcPr>
          <w:p w14:paraId="3C1199C8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8" w:type="dxa"/>
          </w:tcPr>
          <w:p w14:paraId="0A457224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666" w:type="dxa"/>
          </w:tcPr>
          <w:p w14:paraId="25388973" w14:textId="3B331953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-2082748607"/>
            <w:placeholder>
              <w:docPart w:val="0540369C6E724433B7F7306805C60E1D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  <w:listItem w:displayText="...nelze určit (nevím)" w:value="...nelze určit (nevím)"/>
            </w:dropDownList>
          </w:sdtPr>
          <w:sdtContent>
            <w:tc>
              <w:tcPr>
                <w:tcW w:w="1418" w:type="dxa"/>
              </w:tcPr>
              <w:p w14:paraId="04FDC75D" w14:textId="5DCB241B" w:rsidR="00F06F6D" w:rsidRPr="00F06F6D" w:rsidRDefault="00F06F6D" w:rsidP="00F06F6D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16D5F24F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1AD70DDE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28BD8B08" w14:textId="5B099CF3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74" w:type="dxa"/>
          </w:tcPr>
          <w:p w14:paraId="0A8B6C94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24" w:type="dxa"/>
          </w:tcPr>
          <w:p w14:paraId="21D125DC" w14:textId="403B2801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  <w:tr w:rsidR="00F06F6D" w:rsidRPr="00F06F6D" w14:paraId="0BAED637" w14:textId="77777777" w:rsidTr="00F06F6D">
        <w:trPr>
          <w:trHeight w:val="6"/>
        </w:trPr>
        <w:tc>
          <w:tcPr>
            <w:tcW w:w="3291" w:type="dxa"/>
          </w:tcPr>
          <w:p w14:paraId="567ED9FB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8" w:type="dxa"/>
          </w:tcPr>
          <w:p w14:paraId="5B7D4521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666" w:type="dxa"/>
          </w:tcPr>
          <w:p w14:paraId="6FD1DFBF" w14:textId="11CBC3A4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336198836"/>
            <w:placeholder>
              <w:docPart w:val="C89EE21FFE1D422481A81A4AC06F0A7D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  <w:listItem w:displayText="...nelze určit (nevím)" w:value="...nelze určit (nevím)"/>
            </w:dropDownList>
          </w:sdtPr>
          <w:sdtContent>
            <w:tc>
              <w:tcPr>
                <w:tcW w:w="1418" w:type="dxa"/>
              </w:tcPr>
              <w:p w14:paraId="61819DA4" w14:textId="7734F6D4" w:rsidR="00F06F6D" w:rsidRPr="00F06F6D" w:rsidRDefault="00F06F6D" w:rsidP="00F06F6D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44899523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5AE3E951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6D2B4384" w14:textId="473BC43B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74" w:type="dxa"/>
          </w:tcPr>
          <w:p w14:paraId="2FCA1D0F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24" w:type="dxa"/>
          </w:tcPr>
          <w:p w14:paraId="77C996E5" w14:textId="387A879B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  <w:tr w:rsidR="00F06F6D" w:rsidRPr="00F06F6D" w14:paraId="463CB8A6" w14:textId="77777777" w:rsidTr="00F06F6D">
        <w:trPr>
          <w:trHeight w:val="5"/>
        </w:trPr>
        <w:tc>
          <w:tcPr>
            <w:tcW w:w="3291" w:type="dxa"/>
          </w:tcPr>
          <w:p w14:paraId="4D5CBBBE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8" w:type="dxa"/>
          </w:tcPr>
          <w:p w14:paraId="799B57F7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666" w:type="dxa"/>
          </w:tcPr>
          <w:p w14:paraId="578A86CE" w14:textId="744F317F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sdt>
          <w:sdtPr>
            <w:rPr>
              <w:rFonts w:ascii="Arial" w:hAnsi="Arial" w:cs="Arial"/>
              <w:sz w:val="14"/>
              <w:szCs w:val="14"/>
              <w:lang w:val="cs-CZ"/>
            </w:rPr>
            <w:tag w:val="--Vyberte--"/>
            <w:id w:val="1055738736"/>
            <w:placeholder>
              <w:docPart w:val="A658D8C952D14F43865762D9E3523655"/>
            </w:placeholder>
            <w:dropDownList>
              <w:listItem w:displayText="--Vyberte--" w:value="--Vyberte--"/>
              <w:listItem w:displayText="Novostavba (do 5 let)" w:value="Novostavba (do 5 let)"/>
              <w:listItem w:displayText="Výborně udržovaná" w:value="Výborně udržovaná"/>
              <w:listItem w:displayText="Dobře udržovaná" w:value="Dobře udržovaná"/>
              <w:listItem w:displayText="Neudržovaná - k částečné rekonstrukci" w:value="Neudržovaná - k částečné rekonstrukci"/>
              <w:listItem w:displayText="Neudržovaná - k celkové rekonstrukci" w:value="Neudržovaná - k celkové rekonstrukci"/>
              <w:listItem w:displayText="...nelze určit (nevím)" w:value="...nelze určit (nevím)"/>
            </w:dropDownList>
          </w:sdtPr>
          <w:sdtContent>
            <w:tc>
              <w:tcPr>
                <w:tcW w:w="1418" w:type="dxa"/>
              </w:tcPr>
              <w:p w14:paraId="78627236" w14:textId="2EAEAEF0" w:rsidR="00F06F6D" w:rsidRPr="00F06F6D" w:rsidRDefault="00F06F6D" w:rsidP="00F06F6D">
                <w:pPr>
                  <w:rPr>
                    <w:rFonts w:ascii="Arial" w:hAnsi="Arial" w:cs="Arial"/>
                    <w:sz w:val="14"/>
                    <w:szCs w:val="14"/>
                    <w:lang w:val="cs-CZ"/>
                  </w:rPr>
                </w:pPr>
                <w:r w:rsidRPr="00F06F6D">
                  <w:rPr>
                    <w:rFonts w:ascii="Arial" w:hAnsi="Arial" w:cs="Arial"/>
                    <w:sz w:val="14"/>
                    <w:szCs w:val="14"/>
                    <w:lang w:val="cs-CZ"/>
                  </w:rPr>
                  <w:t>--Vyberte--</w:t>
                </w:r>
              </w:p>
            </w:tc>
          </w:sdtContent>
        </w:sdt>
        <w:tc>
          <w:tcPr>
            <w:tcW w:w="992" w:type="dxa"/>
          </w:tcPr>
          <w:p w14:paraId="73C4789A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231C94EF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701" w:type="dxa"/>
          </w:tcPr>
          <w:p w14:paraId="535396DE" w14:textId="747AB91D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574" w:type="dxa"/>
          </w:tcPr>
          <w:p w14:paraId="48CFA448" w14:textId="77777777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  <w:tc>
          <w:tcPr>
            <w:tcW w:w="1124" w:type="dxa"/>
          </w:tcPr>
          <w:p w14:paraId="60DE2BA1" w14:textId="4FB10599" w:rsidR="00F06F6D" w:rsidRPr="00F06F6D" w:rsidRDefault="00F06F6D" w:rsidP="00F06F6D">
            <w:pPr>
              <w:rPr>
                <w:rFonts w:ascii="Arial" w:hAnsi="Arial" w:cs="Arial"/>
                <w:sz w:val="14"/>
                <w:szCs w:val="14"/>
                <w:lang w:val="cs-CZ"/>
              </w:rPr>
            </w:pPr>
          </w:p>
        </w:tc>
      </w:tr>
    </w:tbl>
    <w:p w14:paraId="6E88D08D" w14:textId="2787C2ED" w:rsidR="00534D6A" w:rsidRDefault="00534D6A">
      <w:pPr>
        <w:rPr>
          <w:lang w:val="cs-CZ"/>
        </w:rPr>
      </w:pPr>
    </w:p>
    <w:p w14:paraId="54F964BD" w14:textId="77777777" w:rsidR="00A9658D" w:rsidRDefault="00A9658D">
      <w:pPr>
        <w:rPr>
          <w:lang w:val="cs-CZ"/>
        </w:rPr>
      </w:pPr>
    </w:p>
    <w:p w14:paraId="1C23C879" w14:textId="77777777" w:rsidR="009F2451" w:rsidRDefault="009F2451">
      <w:pPr>
        <w:rPr>
          <w:lang w:val="cs-CZ"/>
        </w:rPr>
      </w:pPr>
    </w:p>
    <w:p w14:paraId="79C5DB52" w14:textId="77777777" w:rsidR="00700B10" w:rsidRDefault="00700B10">
      <w:pPr>
        <w:rPr>
          <w:lang w:val="cs-CZ"/>
        </w:rPr>
        <w:sectPr w:rsidR="00700B10" w:rsidSect="00034616">
          <w:headerReference w:type="even" r:id="rId8"/>
          <w:footerReference w:type="default" r:id="rId9"/>
          <w:headerReference w:type="first" r:id="rId10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3935276B" w14:textId="3CF7246F" w:rsidR="00A9658D" w:rsidRPr="00835DF5" w:rsidRDefault="00A9658D" w:rsidP="00A9658D">
      <w:pPr>
        <w:spacing w:after="0"/>
        <w:rPr>
          <w:rFonts w:ascii="Raleway" w:hAnsi="Raleway"/>
          <w:b/>
          <w:bCs/>
          <w:sz w:val="20"/>
          <w:szCs w:val="20"/>
          <w:u w:val="single"/>
          <w:lang w:val="cs-CZ"/>
        </w:rPr>
      </w:pPr>
      <w:r w:rsidRPr="00835DF5">
        <w:rPr>
          <w:rFonts w:ascii="Raleway" w:hAnsi="Raleway"/>
          <w:b/>
          <w:bCs/>
          <w:sz w:val="20"/>
          <w:szCs w:val="20"/>
          <w:u w:val="single"/>
          <w:lang w:val="cs-CZ"/>
        </w:rPr>
        <w:lastRenderedPageBreak/>
        <w:t>Vysvětlivky:</w:t>
      </w:r>
    </w:p>
    <w:p w14:paraId="0F4D9F42" w14:textId="6937AF86" w:rsidR="00A9658D" w:rsidRPr="00835DF5" w:rsidRDefault="00A9658D" w:rsidP="00A9658D">
      <w:pPr>
        <w:spacing w:after="0"/>
        <w:rPr>
          <w:rFonts w:ascii="Raleway" w:hAnsi="Raleway"/>
          <w:b/>
          <w:bCs/>
          <w:sz w:val="20"/>
          <w:szCs w:val="20"/>
          <w:lang w:val="cs-CZ"/>
        </w:rPr>
      </w:pPr>
      <w:r w:rsidRPr="00835DF5">
        <w:rPr>
          <w:rFonts w:ascii="Raleway" w:hAnsi="Raleway"/>
          <w:b/>
          <w:bCs/>
          <w:sz w:val="20"/>
          <w:szCs w:val="20"/>
          <w:vertAlign w:val="superscript"/>
          <w:lang w:val="cs-CZ"/>
        </w:rPr>
        <w:t>1</w:t>
      </w:r>
      <w:r w:rsidRPr="00835DF5">
        <w:rPr>
          <w:rFonts w:ascii="Raleway" w:hAnsi="Raleway"/>
          <w:b/>
          <w:bCs/>
          <w:sz w:val="20"/>
          <w:szCs w:val="20"/>
          <w:lang w:val="cs-CZ"/>
        </w:rPr>
        <w:t>Stav nemovitosti</w:t>
      </w:r>
    </w:p>
    <w:p w14:paraId="2FE35A74" w14:textId="77777777" w:rsidR="00A9658D" w:rsidRPr="00835DF5" w:rsidRDefault="00A9658D" w:rsidP="00A9658D">
      <w:pPr>
        <w:spacing w:after="0"/>
        <w:rPr>
          <w:rFonts w:ascii="Raleway" w:hAnsi="Raleway"/>
          <w:sz w:val="20"/>
          <w:szCs w:val="20"/>
          <w:lang w:val="cs-CZ"/>
        </w:rPr>
      </w:pPr>
      <w:r w:rsidRPr="00835DF5">
        <w:rPr>
          <w:rFonts w:ascii="Raleway" w:hAnsi="Raleway"/>
          <w:sz w:val="20"/>
          <w:szCs w:val="20"/>
          <w:lang w:val="cs-CZ"/>
        </w:rPr>
        <w:t xml:space="preserve">• </w:t>
      </w:r>
      <w:r w:rsidRPr="00835DF5">
        <w:rPr>
          <w:rFonts w:ascii="Raleway" w:hAnsi="Raleway"/>
          <w:b/>
          <w:bCs/>
          <w:sz w:val="20"/>
          <w:szCs w:val="20"/>
          <w:lang w:val="cs-CZ"/>
        </w:rPr>
        <w:t>Novostavba</w:t>
      </w:r>
      <w:r w:rsidRPr="00835DF5">
        <w:rPr>
          <w:rFonts w:ascii="Raleway" w:hAnsi="Raleway"/>
          <w:sz w:val="20"/>
          <w:szCs w:val="20"/>
          <w:lang w:val="cs-CZ"/>
        </w:rPr>
        <w:t xml:space="preserve"> = Stáří budovy do </w:t>
      </w:r>
      <w:proofErr w:type="gramStart"/>
      <w:r w:rsidRPr="00835DF5">
        <w:rPr>
          <w:rFonts w:ascii="Raleway" w:hAnsi="Raleway"/>
          <w:sz w:val="20"/>
          <w:szCs w:val="20"/>
          <w:lang w:val="cs-CZ"/>
        </w:rPr>
        <w:t>5ti</w:t>
      </w:r>
      <w:proofErr w:type="gramEnd"/>
      <w:r w:rsidRPr="00835DF5">
        <w:rPr>
          <w:rFonts w:ascii="Raleway" w:hAnsi="Raleway"/>
          <w:sz w:val="20"/>
          <w:szCs w:val="20"/>
          <w:lang w:val="cs-CZ"/>
        </w:rPr>
        <w:t xml:space="preserve"> let</w:t>
      </w:r>
    </w:p>
    <w:p w14:paraId="09AA35F5" w14:textId="68A95C4F" w:rsidR="00A9658D" w:rsidRPr="00835DF5" w:rsidRDefault="00A9658D" w:rsidP="00A9658D">
      <w:pPr>
        <w:spacing w:after="0"/>
        <w:rPr>
          <w:rFonts w:ascii="Raleway" w:hAnsi="Raleway"/>
          <w:sz w:val="20"/>
          <w:szCs w:val="20"/>
          <w:lang w:val="cs-CZ"/>
        </w:rPr>
      </w:pPr>
      <w:r w:rsidRPr="00835DF5">
        <w:rPr>
          <w:rFonts w:ascii="Raleway" w:hAnsi="Raleway"/>
          <w:sz w:val="20"/>
          <w:szCs w:val="20"/>
          <w:lang w:val="cs-CZ"/>
        </w:rPr>
        <w:t xml:space="preserve">• </w:t>
      </w:r>
      <w:r w:rsidRPr="00835DF5">
        <w:rPr>
          <w:rFonts w:ascii="Raleway" w:hAnsi="Raleway"/>
          <w:b/>
          <w:bCs/>
          <w:sz w:val="20"/>
          <w:szCs w:val="20"/>
          <w:lang w:val="cs-CZ"/>
        </w:rPr>
        <w:t>Výborně udržovaná</w:t>
      </w:r>
      <w:r w:rsidRPr="00835DF5">
        <w:rPr>
          <w:rFonts w:ascii="Raleway" w:hAnsi="Raleway"/>
          <w:sz w:val="20"/>
          <w:szCs w:val="20"/>
          <w:lang w:val="cs-CZ"/>
        </w:rPr>
        <w:t xml:space="preserve"> = Nemovitost nad 5 let stáří s pravidelnou údržbou nebo starší nemovitost po celkové rekonstrukci</w:t>
      </w:r>
    </w:p>
    <w:p w14:paraId="61E49FDD" w14:textId="77777777" w:rsidR="00A9658D" w:rsidRPr="00835DF5" w:rsidRDefault="00A9658D" w:rsidP="00A9658D">
      <w:pPr>
        <w:spacing w:after="0"/>
        <w:rPr>
          <w:rFonts w:ascii="Raleway" w:hAnsi="Raleway"/>
          <w:sz w:val="20"/>
          <w:szCs w:val="20"/>
          <w:lang w:val="cs-CZ"/>
        </w:rPr>
      </w:pPr>
      <w:r w:rsidRPr="00835DF5">
        <w:rPr>
          <w:rFonts w:ascii="Raleway" w:hAnsi="Raleway"/>
          <w:sz w:val="20"/>
          <w:szCs w:val="20"/>
          <w:lang w:val="cs-CZ"/>
        </w:rPr>
        <w:t xml:space="preserve">• </w:t>
      </w:r>
      <w:r w:rsidRPr="00835DF5">
        <w:rPr>
          <w:rFonts w:ascii="Raleway" w:hAnsi="Raleway"/>
          <w:b/>
          <w:bCs/>
          <w:sz w:val="20"/>
          <w:szCs w:val="20"/>
          <w:lang w:val="cs-CZ"/>
        </w:rPr>
        <w:t>Dobře udržovaná</w:t>
      </w:r>
      <w:r w:rsidRPr="00835DF5">
        <w:rPr>
          <w:rFonts w:ascii="Raleway" w:hAnsi="Raleway"/>
          <w:sz w:val="20"/>
          <w:szCs w:val="20"/>
          <w:lang w:val="cs-CZ"/>
        </w:rPr>
        <w:t xml:space="preserve"> = Starší nemovitost s pravidelnou údržbou, která nevykazuje technické vady</w:t>
      </w:r>
    </w:p>
    <w:p w14:paraId="181BE266" w14:textId="7B96B854" w:rsidR="00A9658D" w:rsidRPr="00835DF5" w:rsidRDefault="00A9658D" w:rsidP="00A9658D">
      <w:pPr>
        <w:spacing w:after="0"/>
        <w:rPr>
          <w:rFonts w:ascii="Raleway" w:hAnsi="Raleway"/>
          <w:sz w:val="20"/>
          <w:szCs w:val="20"/>
          <w:lang w:val="cs-CZ"/>
        </w:rPr>
      </w:pPr>
      <w:r w:rsidRPr="00835DF5">
        <w:rPr>
          <w:rFonts w:ascii="Raleway" w:hAnsi="Raleway"/>
          <w:sz w:val="20"/>
          <w:szCs w:val="20"/>
          <w:lang w:val="cs-CZ"/>
        </w:rPr>
        <w:t xml:space="preserve">• </w:t>
      </w:r>
      <w:r w:rsidRPr="00835DF5">
        <w:rPr>
          <w:rFonts w:ascii="Raleway" w:hAnsi="Raleway"/>
          <w:b/>
          <w:bCs/>
          <w:sz w:val="20"/>
          <w:szCs w:val="20"/>
          <w:lang w:val="cs-CZ"/>
        </w:rPr>
        <w:t>Neudržovaná - k částečné rekonstrukci</w:t>
      </w:r>
      <w:r w:rsidRPr="00835DF5">
        <w:rPr>
          <w:rFonts w:ascii="Raleway" w:hAnsi="Raleway"/>
          <w:sz w:val="20"/>
          <w:szCs w:val="20"/>
          <w:lang w:val="cs-CZ"/>
        </w:rPr>
        <w:t xml:space="preserve"> = Nemovitost vykazující poškození vnitřních částí (například kuchyně, sociálního zařízení a obytných místností)</w:t>
      </w:r>
    </w:p>
    <w:p w14:paraId="088B3CD0" w14:textId="583F4B12" w:rsidR="00A9658D" w:rsidRPr="00835DF5" w:rsidRDefault="00A9658D" w:rsidP="00A9658D">
      <w:pPr>
        <w:spacing w:after="0"/>
        <w:rPr>
          <w:rFonts w:ascii="Raleway" w:hAnsi="Raleway"/>
          <w:sz w:val="20"/>
          <w:szCs w:val="20"/>
          <w:lang w:val="cs-CZ"/>
        </w:rPr>
      </w:pPr>
      <w:r w:rsidRPr="00835DF5">
        <w:rPr>
          <w:rFonts w:ascii="Raleway" w:hAnsi="Raleway"/>
          <w:sz w:val="20"/>
          <w:szCs w:val="20"/>
          <w:lang w:val="cs-CZ"/>
        </w:rPr>
        <w:t xml:space="preserve">• </w:t>
      </w:r>
      <w:r w:rsidRPr="00835DF5">
        <w:rPr>
          <w:rFonts w:ascii="Raleway" w:hAnsi="Raleway"/>
          <w:b/>
          <w:bCs/>
          <w:sz w:val="20"/>
          <w:szCs w:val="20"/>
          <w:lang w:val="cs-CZ"/>
        </w:rPr>
        <w:t>Neudržovaná - k celkové rekonstrukci</w:t>
      </w:r>
      <w:r w:rsidRPr="00835DF5">
        <w:rPr>
          <w:rFonts w:ascii="Raleway" w:hAnsi="Raleway"/>
          <w:sz w:val="20"/>
          <w:szCs w:val="20"/>
          <w:lang w:val="cs-CZ"/>
        </w:rPr>
        <w:t xml:space="preserve"> = Nemovitost celkově ve špatném stavu, která neumožňuje standardní užívání (například děravá střecha, praskliny ve zdech, nefunkční kuchyň nebo sociální zařízení)</w:t>
      </w:r>
    </w:p>
    <w:p w14:paraId="42D5E35F" w14:textId="77777777" w:rsidR="00A9658D" w:rsidRPr="00835DF5" w:rsidRDefault="00A9658D">
      <w:pPr>
        <w:rPr>
          <w:rFonts w:ascii="Raleway" w:hAnsi="Raleway"/>
          <w:lang w:val="cs-CZ"/>
        </w:rPr>
      </w:pPr>
    </w:p>
    <w:p w14:paraId="3A25B713" w14:textId="77777777" w:rsidR="00A9658D" w:rsidRDefault="00A9658D">
      <w:pPr>
        <w:rPr>
          <w:lang w:val="cs-CZ"/>
        </w:rPr>
      </w:pPr>
    </w:p>
    <w:p w14:paraId="49DBC7E8" w14:textId="77777777" w:rsidR="00A9658D" w:rsidRDefault="00A9658D">
      <w:pPr>
        <w:rPr>
          <w:lang w:val="cs-CZ"/>
        </w:rPr>
      </w:pPr>
    </w:p>
    <w:p w14:paraId="45ADD789" w14:textId="77777777" w:rsidR="00A9658D" w:rsidRDefault="00A9658D">
      <w:pPr>
        <w:rPr>
          <w:lang w:val="cs-CZ"/>
        </w:rPr>
      </w:pPr>
    </w:p>
    <w:p w14:paraId="62D1A819" w14:textId="77777777" w:rsidR="00A9658D" w:rsidRDefault="00A9658D">
      <w:pPr>
        <w:rPr>
          <w:lang w:val="cs-CZ"/>
        </w:rPr>
      </w:pPr>
    </w:p>
    <w:p w14:paraId="215D6D86" w14:textId="77777777" w:rsidR="00A9658D" w:rsidRDefault="00A9658D">
      <w:pPr>
        <w:rPr>
          <w:lang w:val="cs-CZ"/>
        </w:rPr>
      </w:pPr>
    </w:p>
    <w:p w14:paraId="5758D555" w14:textId="77777777" w:rsidR="00A9658D" w:rsidRDefault="00A9658D">
      <w:pPr>
        <w:rPr>
          <w:lang w:val="cs-CZ"/>
        </w:rPr>
      </w:pPr>
    </w:p>
    <w:p w14:paraId="5810B8FA" w14:textId="77777777" w:rsidR="00A9658D" w:rsidRDefault="00A9658D">
      <w:pPr>
        <w:rPr>
          <w:lang w:val="cs-CZ"/>
        </w:rPr>
      </w:pPr>
    </w:p>
    <w:p w14:paraId="39232E9E" w14:textId="77777777" w:rsidR="00A9658D" w:rsidRDefault="00A9658D">
      <w:pPr>
        <w:rPr>
          <w:lang w:val="cs-CZ"/>
        </w:rPr>
      </w:pPr>
    </w:p>
    <w:p w14:paraId="0C924C79" w14:textId="77777777" w:rsidR="00A9658D" w:rsidRDefault="00A9658D">
      <w:pPr>
        <w:rPr>
          <w:lang w:val="cs-CZ"/>
        </w:rPr>
      </w:pPr>
    </w:p>
    <w:p w14:paraId="1C619296" w14:textId="77777777" w:rsidR="00A9658D" w:rsidRDefault="00A9658D">
      <w:pPr>
        <w:rPr>
          <w:lang w:val="cs-CZ"/>
        </w:rPr>
      </w:pPr>
    </w:p>
    <w:p w14:paraId="727C8F30" w14:textId="77777777" w:rsidR="00A9658D" w:rsidRDefault="00A9658D">
      <w:pPr>
        <w:rPr>
          <w:lang w:val="cs-CZ"/>
        </w:rPr>
      </w:pPr>
    </w:p>
    <w:p w14:paraId="7BCCF190" w14:textId="77777777" w:rsidR="00A9658D" w:rsidRPr="00BE65BC" w:rsidRDefault="00A9658D">
      <w:pPr>
        <w:rPr>
          <w:lang w:val="cs-CZ"/>
        </w:rPr>
      </w:pPr>
    </w:p>
    <w:sectPr w:rsidR="00A9658D" w:rsidRPr="00BE65BC" w:rsidSect="00034616"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69E44" w14:textId="77777777" w:rsidR="00A61E72" w:rsidRDefault="00A61E72" w:rsidP="00387753">
      <w:pPr>
        <w:spacing w:after="0" w:line="240" w:lineRule="auto"/>
      </w:pPr>
      <w:r>
        <w:separator/>
      </w:r>
    </w:p>
  </w:endnote>
  <w:endnote w:type="continuationSeparator" w:id="0">
    <w:p w14:paraId="764D2149" w14:textId="77777777" w:rsidR="00A61E72" w:rsidRDefault="00A61E72" w:rsidP="00387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 ExtraBold">
    <w:charset w:val="EE"/>
    <w:family w:val="auto"/>
    <w:pitch w:val="variable"/>
    <w:sig w:usb0="A00002FF" w:usb1="5000205B" w:usb2="00000000" w:usb3="00000000" w:csb0="00000197" w:csb1="00000000"/>
  </w:font>
  <w:font w:name="Raleway">
    <w:panose1 w:val="020B0003030101060003"/>
    <w:charset w:val="EE"/>
    <w:family w:val="swiss"/>
    <w:pitch w:val="variable"/>
    <w:sig w:usb0="A00000BF" w:usb1="5000005B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aleway Black">
    <w:charset w:val="EE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C5D56" w14:textId="40C444BC" w:rsidR="00921E16" w:rsidRDefault="00B967B4">
    <w:pPr>
      <w:pStyle w:val="Zpat"/>
    </w:pPr>
    <w:r w:rsidRPr="00B967B4">
      <w:rPr>
        <w:noProof/>
      </w:rPr>
      <w:drawing>
        <wp:anchor distT="0" distB="0" distL="114300" distR="114300" simplePos="0" relativeHeight="251659776" behindDoc="0" locked="0" layoutInCell="1" allowOverlap="1" wp14:anchorId="51402556" wp14:editId="01F68D20">
          <wp:simplePos x="0" y="0"/>
          <wp:positionH relativeFrom="column">
            <wp:posOffset>6262149</wp:posOffset>
          </wp:positionH>
          <wp:positionV relativeFrom="paragraph">
            <wp:posOffset>448282</wp:posOffset>
          </wp:positionV>
          <wp:extent cx="1978025" cy="197489"/>
          <wp:effectExtent l="0" t="0" r="3175" b="0"/>
          <wp:wrapNone/>
          <wp:docPr id="115112235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096922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8025" cy="1974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1E16">
      <w:rPr>
        <w:rFonts w:ascii="Raleway ExtraBold" w:hAnsi="Raleway ExtraBold"/>
        <w:b/>
        <w:bCs/>
        <w:noProof/>
        <w:color w:val="003767"/>
        <w:sz w:val="18"/>
        <w:szCs w:val="18"/>
      </w:rPr>
      <w:drawing>
        <wp:inline distT="0" distB="0" distL="0" distR="0" wp14:anchorId="08483361" wp14:editId="041B54D1">
          <wp:extent cx="1591310" cy="620201"/>
          <wp:effectExtent l="0" t="0" r="0" b="8890"/>
          <wp:docPr id="663180882" name="Obrázek 663180882" descr="Obsah obrázku Písmo, logo, text, Grafik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ázek 11" descr="Obsah obrázku Písmo, logo, text, Grafika&#10;&#10;Obsah vygenerovaný umělou inteligencí může být nesprávný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27" t="14847" b="7916"/>
                  <a:stretch/>
                </pic:blipFill>
                <pic:spPr bwMode="auto">
                  <a:xfrm>
                    <a:off x="0" y="0"/>
                    <a:ext cx="1592753" cy="6207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921E16">
      <w:tab/>
    </w:r>
    <w:r w:rsidR="002D2F85">
      <w:tab/>
    </w:r>
    <w:r w:rsidR="00921E16">
      <w:tab/>
    </w:r>
    <w:r w:rsidR="00921E16">
      <w:tab/>
    </w:r>
    <w:r w:rsidR="00921E16">
      <w:tab/>
    </w:r>
    <w:r w:rsidR="00921E16">
      <w:tab/>
    </w:r>
    <w:r w:rsidR="00921E16">
      <w:tab/>
    </w:r>
    <w:r w:rsidR="00921E16">
      <w:tab/>
    </w:r>
    <w:r w:rsidR="00921E16" w:rsidRPr="002D2F85">
      <w:rPr>
        <w:sz w:val="16"/>
        <w:szCs w:val="16"/>
      </w:rPr>
      <w:t xml:space="preserve">v </w:t>
    </w:r>
    <w:r w:rsidR="000A09FF">
      <w:rPr>
        <w:sz w:val="16"/>
        <w:szCs w:val="16"/>
      </w:rPr>
      <w:t>1</w:t>
    </w:r>
    <w:r w:rsidR="00A9658D">
      <w:rPr>
        <w:sz w:val="16"/>
        <w:szCs w:val="16"/>
      </w:rPr>
      <w:t>1</w:t>
    </w:r>
    <w:r w:rsidR="00921E16" w:rsidRPr="002D2F85">
      <w:rPr>
        <w:sz w:val="16"/>
        <w:szCs w:val="16"/>
      </w:rPr>
      <w:t xml:space="preserve"> 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DDDBB" w14:textId="4068A6FD" w:rsidR="00700B10" w:rsidRDefault="00700B10">
    <w:pPr>
      <w:pStyle w:val="Zpat"/>
    </w:pPr>
    <w:r>
      <w:rPr>
        <w:rFonts w:ascii="Raleway ExtraBold" w:hAnsi="Raleway ExtraBold"/>
        <w:b/>
        <w:bCs/>
        <w:noProof/>
        <w:color w:val="003767"/>
        <w:sz w:val="18"/>
        <w:szCs w:val="18"/>
      </w:rPr>
      <w:drawing>
        <wp:inline distT="0" distB="0" distL="0" distR="0" wp14:anchorId="28A09D93" wp14:editId="09DB1CFE">
          <wp:extent cx="1591310" cy="620201"/>
          <wp:effectExtent l="0" t="0" r="0" b="8890"/>
          <wp:docPr id="775379223" name="Obrázek 775379223" descr="Obsah obrázku Písmo, logo, text, Grafik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ázek 11" descr="Obsah obrázku Písmo, logo, text, Grafika&#10;&#10;Obsah vygenerovaný umělou inteligencí může být nesprávný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27" t="14847" b="7916"/>
                  <a:stretch/>
                </pic:blipFill>
                <pic:spPr bwMode="auto">
                  <a:xfrm>
                    <a:off x="0" y="0"/>
                    <a:ext cx="1592753" cy="6207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2D2F85">
      <w:rPr>
        <w:sz w:val="16"/>
        <w:szCs w:val="16"/>
      </w:rPr>
      <w:t xml:space="preserve">v </w:t>
    </w:r>
    <w:r>
      <w:rPr>
        <w:sz w:val="16"/>
        <w:szCs w:val="16"/>
      </w:rPr>
      <w:t>11</w:t>
    </w:r>
    <w:r w:rsidRPr="002D2F85">
      <w:rPr>
        <w:sz w:val="16"/>
        <w:szCs w:val="16"/>
      </w:rPr>
      <w:t xml:space="preserve"> 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33FF4" w14:textId="77777777" w:rsidR="00A61E72" w:rsidRDefault="00A61E72" w:rsidP="00387753">
      <w:pPr>
        <w:spacing w:after="0" w:line="240" w:lineRule="auto"/>
      </w:pPr>
      <w:r>
        <w:separator/>
      </w:r>
    </w:p>
  </w:footnote>
  <w:footnote w:type="continuationSeparator" w:id="0">
    <w:p w14:paraId="511F8922" w14:textId="77777777" w:rsidR="00A61E72" w:rsidRDefault="00A61E72" w:rsidP="00387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F4A98" w14:textId="5706DDB5" w:rsidR="00387753" w:rsidRDefault="0038775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426E" w14:textId="42306E5E" w:rsidR="00387753" w:rsidRDefault="0038775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2A7CE2"/>
    <w:multiLevelType w:val="hybridMultilevel"/>
    <w:tmpl w:val="C87A945E"/>
    <w:lvl w:ilvl="0" w:tplc="4A74B50A">
      <w:numFmt w:val="bullet"/>
      <w:lvlText w:val="-"/>
      <w:lvlJc w:val="left"/>
      <w:pPr>
        <w:ind w:left="720" w:hanging="360"/>
      </w:pPr>
      <w:rPr>
        <w:rFonts w:ascii="Raleway ExtraBold" w:eastAsia="Raleway" w:hAnsi="Raleway ExtraBold" w:cs="Raleway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84D19"/>
    <w:multiLevelType w:val="hybridMultilevel"/>
    <w:tmpl w:val="430CB590"/>
    <w:lvl w:ilvl="0" w:tplc="E4669EBC">
      <w:start w:val="10"/>
      <w:numFmt w:val="bullet"/>
      <w:lvlText w:val="-"/>
      <w:lvlJc w:val="left"/>
      <w:pPr>
        <w:ind w:left="720" w:hanging="360"/>
      </w:pPr>
      <w:rPr>
        <w:rFonts w:ascii="Raleway ExtraBold" w:eastAsia="Raleway" w:hAnsi="Raleway ExtraBold" w:cs="Raleway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61F09"/>
    <w:multiLevelType w:val="hybridMultilevel"/>
    <w:tmpl w:val="591056E8"/>
    <w:lvl w:ilvl="0" w:tplc="91BAF80A">
      <w:start w:val="10"/>
      <w:numFmt w:val="bullet"/>
      <w:lvlText w:val="-"/>
      <w:lvlJc w:val="left"/>
      <w:pPr>
        <w:ind w:left="720" w:hanging="360"/>
      </w:pPr>
      <w:rPr>
        <w:rFonts w:ascii="Raleway ExtraBold" w:eastAsia="Raleway" w:hAnsi="Raleway ExtraBold" w:cs="Raleway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74AAC"/>
    <w:multiLevelType w:val="hybridMultilevel"/>
    <w:tmpl w:val="AD169F32"/>
    <w:lvl w:ilvl="0" w:tplc="147888C0">
      <w:numFmt w:val="bullet"/>
      <w:lvlText w:val="-"/>
      <w:lvlJc w:val="left"/>
      <w:pPr>
        <w:ind w:left="405" w:hanging="360"/>
      </w:pPr>
      <w:rPr>
        <w:rFonts w:ascii="Raleway ExtraBold" w:eastAsia="Raleway" w:hAnsi="Raleway ExtraBold" w:cs="Raleway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810364662">
    <w:abstractNumId w:val="8"/>
  </w:num>
  <w:num w:numId="2" w16cid:durableId="488255862">
    <w:abstractNumId w:val="6"/>
  </w:num>
  <w:num w:numId="3" w16cid:durableId="509950443">
    <w:abstractNumId w:val="5"/>
  </w:num>
  <w:num w:numId="4" w16cid:durableId="1952665995">
    <w:abstractNumId w:val="4"/>
  </w:num>
  <w:num w:numId="5" w16cid:durableId="314186925">
    <w:abstractNumId w:val="7"/>
  </w:num>
  <w:num w:numId="6" w16cid:durableId="1861238592">
    <w:abstractNumId w:val="3"/>
  </w:num>
  <w:num w:numId="7" w16cid:durableId="427115711">
    <w:abstractNumId w:val="2"/>
  </w:num>
  <w:num w:numId="8" w16cid:durableId="1587612432">
    <w:abstractNumId w:val="1"/>
  </w:num>
  <w:num w:numId="9" w16cid:durableId="494760585">
    <w:abstractNumId w:val="0"/>
  </w:num>
  <w:num w:numId="10" w16cid:durableId="531117125">
    <w:abstractNumId w:val="12"/>
  </w:num>
  <w:num w:numId="11" w16cid:durableId="872495975">
    <w:abstractNumId w:val="9"/>
  </w:num>
  <w:num w:numId="12" w16cid:durableId="1800101859">
    <w:abstractNumId w:val="11"/>
  </w:num>
  <w:num w:numId="13" w16cid:durableId="16145536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A33"/>
    <w:rsid w:val="00056E28"/>
    <w:rsid w:val="0006063C"/>
    <w:rsid w:val="000A09FF"/>
    <w:rsid w:val="000A59C8"/>
    <w:rsid w:val="00146092"/>
    <w:rsid w:val="0015074B"/>
    <w:rsid w:val="001530E6"/>
    <w:rsid w:val="00245F34"/>
    <w:rsid w:val="002671C5"/>
    <w:rsid w:val="002755F7"/>
    <w:rsid w:val="00275658"/>
    <w:rsid w:val="00280707"/>
    <w:rsid w:val="002860CC"/>
    <w:rsid w:val="0029639D"/>
    <w:rsid w:val="00297C6F"/>
    <w:rsid w:val="002D2F85"/>
    <w:rsid w:val="002D5EDD"/>
    <w:rsid w:val="00326F90"/>
    <w:rsid w:val="00387753"/>
    <w:rsid w:val="004144B6"/>
    <w:rsid w:val="00472B2A"/>
    <w:rsid w:val="00485675"/>
    <w:rsid w:val="004973DF"/>
    <w:rsid w:val="004B0E45"/>
    <w:rsid w:val="004B45D3"/>
    <w:rsid w:val="004B5AC3"/>
    <w:rsid w:val="004E53A2"/>
    <w:rsid w:val="0050388F"/>
    <w:rsid w:val="00534D6A"/>
    <w:rsid w:val="005E0C12"/>
    <w:rsid w:val="005F3E6D"/>
    <w:rsid w:val="006024BA"/>
    <w:rsid w:val="0062512F"/>
    <w:rsid w:val="00647575"/>
    <w:rsid w:val="00696ADC"/>
    <w:rsid w:val="00700B10"/>
    <w:rsid w:val="00703D63"/>
    <w:rsid w:val="0073316A"/>
    <w:rsid w:val="007965EE"/>
    <w:rsid w:val="007D0F9A"/>
    <w:rsid w:val="007F2851"/>
    <w:rsid w:val="00805839"/>
    <w:rsid w:val="00835DF5"/>
    <w:rsid w:val="008535D6"/>
    <w:rsid w:val="00874D19"/>
    <w:rsid w:val="00880106"/>
    <w:rsid w:val="008F0691"/>
    <w:rsid w:val="00913B30"/>
    <w:rsid w:val="00921E16"/>
    <w:rsid w:val="00974873"/>
    <w:rsid w:val="00991333"/>
    <w:rsid w:val="009A1914"/>
    <w:rsid w:val="009A446D"/>
    <w:rsid w:val="009F2451"/>
    <w:rsid w:val="00A548FB"/>
    <w:rsid w:val="00A5776A"/>
    <w:rsid w:val="00A61E72"/>
    <w:rsid w:val="00A67026"/>
    <w:rsid w:val="00A7153E"/>
    <w:rsid w:val="00A75F38"/>
    <w:rsid w:val="00A77E4D"/>
    <w:rsid w:val="00A8166C"/>
    <w:rsid w:val="00A9658D"/>
    <w:rsid w:val="00AA1D8D"/>
    <w:rsid w:val="00AA6F72"/>
    <w:rsid w:val="00B16926"/>
    <w:rsid w:val="00B206CA"/>
    <w:rsid w:val="00B47730"/>
    <w:rsid w:val="00B967B4"/>
    <w:rsid w:val="00BC03D4"/>
    <w:rsid w:val="00BC663C"/>
    <w:rsid w:val="00BE0167"/>
    <w:rsid w:val="00BE65BC"/>
    <w:rsid w:val="00C41EC5"/>
    <w:rsid w:val="00C502D3"/>
    <w:rsid w:val="00C71D22"/>
    <w:rsid w:val="00C83D8F"/>
    <w:rsid w:val="00CA21E8"/>
    <w:rsid w:val="00CA6C60"/>
    <w:rsid w:val="00CB0664"/>
    <w:rsid w:val="00CC22D2"/>
    <w:rsid w:val="00D01D06"/>
    <w:rsid w:val="00D46E1B"/>
    <w:rsid w:val="00D51DA5"/>
    <w:rsid w:val="00D907A3"/>
    <w:rsid w:val="00DB4954"/>
    <w:rsid w:val="00E11FE6"/>
    <w:rsid w:val="00E2517B"/>
    <w:rsid w:val="00E301CA"/>
    <w:rsid w:val="00EC230F"/>
    <w:rsid w:val="00EE03E8"/>
    <w:rsid w:val="00EF5908"/>
    <w:rsid w:val="00F06F6D"/>
    <w:rsid w:val="00F13FC3"/>
    <w:rsid w:val="00F54723"/>
    <w:rsid w:val="00FC693F"/>
    <w:rsid w:val="00FE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40097D"/>
  <w14:defaultImageDpi w14:val="330"/>
  <w15:docId w15:val="{940730B0-A211-4533-8954-7A6BB59B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1"/>
    <w:unhideWhenUsed/>
    <w:qFormat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Zstupntext">
    <w:name w:val="Placeholder Text"/>
    <w:basedOn w:val="Standardnpsmoodstavce"/>
    <w:uiPriority w:val="99"/>
    <w:semiHidden/>
    <w:rsid w:val="00D907A3"/>
    <w:rPr>
      <w:color w:val="666666"/>
    </w:rPr>
  </w:style>
  <w:style w:type="table" w:customStyle="1" w:styleId="TableNormal">
    <w:name w:val="Table Normal"/>
    <w:uiPriority w:val="2"/>
    <w:semiHidden/>
    <w:unhideWhenUsed/>
    <w:qFormat/>
    <w:rsid w:val="004B0E45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4B0E45"/>
    <w:pPr>
      <w:widowControl w:val="0"/>
      <w:autoSpaceDE w:val="0"/>
      <w:autoSpaceDN w:val="0"/>
      <w:spacing w:after="0" w:line="240" w:lineRule="auto"/>
    </w:pPr>
    <w:rPr>
      <w:rFonts w:ascii="Raleway" w:eastAsia="Raleway" w:hAnsi="Raleway" w:cs="Raleway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0E2C8E9930447990DBC8FA074FC0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F99520-EDA9-4DEB-9AB8-5009949D64D4}"/>
      </w:docPartPr>
      <w:docPartBody>
        <w:p w:rsidR="00C235D5" w:rsidRDefault="00A963FC" w:rsidP="00A963FC">
          <w:pPr>
            <w:pStyle w:val="120E2C8E9930447990DBC8FA074FC066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39C94A13D5D94C2E87354A22310E58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86EC6F-0567-4CE6-8518-CCBE3364EE6E}"/>
      </w:docPartPr>
      <w:docPartBody>
        <w:p w:rsidR="00C235D5" w:rsidRDefault="00A963FC" w:rsidP="00A963FC">
          <w:pPr>
            <w:pStyle w:val="39C94A13D5D94C2E87354A22310E58CF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BFCD450F6EB3479C849C040C404CFC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945AEA-A11C-48DA-AE2D-E4EB381D9C67}"/>
      </w:docPartPr>
      <w:docPartBody>
        <w:p w:rsidR="00C235D5" w:rsidRDefault="00A963FC" w:rsidP="00A963FC">
          <w:pPr>
            <w:pStyle w:val="BFCD450F6EB3479C849C040C404CFC1E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FD41F48D769E409AA177FB1D3ECE68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2DD90B-BF07-4658-9DF8-BE3D797F9D2F}"/>
      </w:docPartPr>
      <w:docPartBody>
        <w:p w:rsidR="00C235D5" w:rsidRDefault="00A963FC" w:rsidP="00A963FC">
          <w:pPr>
            <w:pStyle w:val="FD41F48D769E409AA177FB1D3ECE6851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69479290FC5440D8B9C1F627452DF2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E92B10-6F54-4040-86CE-3CEFB50BD584}"/>
      </w:docPartPr>
      <w:docPartBody>
        <w:p w:rsidR="00C235D5" w:rsidRDefault="00A963FC" w:rsidP="00A963FC">
          <w:pPr>
            <w:pStyle w:val="69479290FC5440D8B9C1F627452DF259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C82D5C6DBAFB4A0E8A603F75CBA012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A4FCBA-024C-40D5-867A-7C09433C6EBA}"/>
      </w:docPartPr>
      <w:docPartBody>
        <w:p w:rsidR="00C235D5" w:rsidRDefault="00A963FC" w:rsidP="00A963FC">
          <w:pPr>
            <w:pStyle w:val="C82D5C6DBAFB4A0E8A603F75CBA012DC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2BC96A95686241108381E5C003DC7B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D3F72CF-A3D4-4324-94D6-95EF0ADAA27C}"/>
      </w:docPartPr>
      <w:docPartBody>
        <w:p w:rsidR="00C235D5" w:rsidRDefault="00A963FC" w:rsidP="00A963FC">
          <w:pPr>
            <w:pStyle w:val="2BC96A95686241108381E5C003DC7B7D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E16C6BAC87924EB99EE7E65CCD0ACE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2186C54-2C8C-4CE3-8051-E7E51CDA1324}"/>
      </w:docPartPr>
      <w:docPartBody>
        <w:p w:rsidR="00C235D5" w:rsidRDefault="00A963FC" w:rsidP="00A963FC">
          <w:pPr>
            <w:pStyle w:val="E16C6BAC87924EB99EE7E65CCD0ACE87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1340A819F1C74534BA335A72962F4B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921E17-1D0B-4629-833E-C0A87DF02D57}"/>
      </w:docPartPr>
      <w:docPartBody>
        <w:p w:rsidR="00C235D5" w:rsidRDefault="00A963FC" w:rsidP="00A963FC">
          <w:pPr>
            <w:pStyle w:val="1340A819F1C74534BA335A72962F4BD7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499D254C901948E4901448D43B91C0E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5ECD71-F947-4E4B-9993-DAAA655463EC}"/>
      </w:docPartPr>
      <w:docPartBody>
        <w:p w:rsidR="00C235D5" w:rsidRDefault="00A963FC" w:rsidP="00A963FC">
          <w:pPr>
            <w:pStyle w:val="499D254C901948E4901448D43B91C0EB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D1D0848494C1437FBF271CDB95050E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7EB4DF-7BEC-4FBE-A02C-998A775B0456}"/>
      </w:docPartPr>
      <w:docPartBody>
        <w:p w:rsidR="00C235D5" w:rsidRDefault="00A963FC" w:rsidP="00A963FC">
          <w:pPr>
            <w:pStyle w:val="D1D0848494C1437FBF271CDB95050E73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404DD863276D42B59E4A05E7F23042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47DF09-6F31-4B6D-ADB8-1446D3C00D71}"/>
      </w:docPartPr>
      <w:docPartBody>
        <w:p w:rsidR="00C235D5" w:rsidRDefault="00A963FC" w:rsidP="00A963FC">
          <w:pPr>
            <w:pStyle w:val="404DD863276D42B59E4A05E7F230422D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26B4CCAF20E04F02AA99CA5D7D1008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B6573B-0337-417B-A87A-96F38B4BF764}"/>
      </w:docPartPr>
      <w:docPartBody>
        <w:p w:rsidR="00C235D5" w:rsidRDefault="00A963FC" w:rsidP="00A963FC">
          <w:pPr>
            <w:pStyle w:val="26B4CCAF20E04F02AA99CA5D7D1008C5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CA9F4BF17AD34CFDB53E13A7C0E86F7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9368B3-08AA-4622-BEED-7866ADAD7371}"/>
      </w:docPartPr>
      <w:docPartBody>
        <w:p w:rsidR="00C235D5" w:rsidRDefault="00A963FC" w:rsidP="00A963FC">
          <w:pPr>
            <w:pStyle w:val="CA9F4BF17AD34CFDB53E13A7C0E86F75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F2613ED11BD9468399D989DB84FE55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849D00D-299C-4C01-8CF5-33053E04B251}"/>
      </w:docPartPr>
      <w:docPartBody>
        <w:p w:rsidR="00C235D5" w:rsidRDefault="00A963FC" w:rsidP="00A963FC">
          <w:pPr>
            <w:pStyle w:val="F2613ED11BD9468399D989DB84FE55B1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356196F3C47D4FBB99E6D87C4C4516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800D6B-32EF-4406-BB12-30719D626DDF}"/>
      </w:docPartPr>
      <w:docPartBody>
        <w:p w:rsidR="00C235D5" w:rsidRDefault="00A963FC" w:rsidP="00A963FC">
          <w:pPr>
            <w:pStyle w:val="356196F3C47D4FBB99E6D87C4C4516D0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B65283CE0F1745B399E107857131FA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80E714-35DA-4AB6-AD13-8EB980020929}"/>
      </w:docPartPr>
      <w:docPartBody>
        <w:p w:rsidR="00C235D5" w:rsidRDefault="00A963FC" w:rsidP="00A963FC">
          <w:pPr>
            <w:pStyle w:val="B65283CE0F1745B399E107857131FA31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52F3484730B647939CB0B686F3CEC1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B1451D-84F6-45FB-BB32-3D7772E1AD79}"/>
      </w:docPartPr>
      <w:docPartBody>
        <w:p w:rsidR="00C235D5" w:rsidRDefault="00A963FC" w:rsidP="00A963FC">
          <w:pPr>
            <w:pStyle w:val="52F3484730B647939CB0B686F3CEC11A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D054467540844E5F9DD250B16F049B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4FB5BF-DD50-4995-9666-B05AD83EE4F7}"/>
      </w:docPartPr>
      <w:docPartBody>
        <w:p w:rsidR="00C235D5" w:rsidRDefault="00A963FC" w:rsidP="00A963FC">
          <w:pPr>
            <w:pStyle w:val="D054467540844E5F9DD250B16F049B59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B858CCD9A36C4C6EBA1FD6DE839B40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80B92B-522A-4D6A-928C-B1242CECD798}"/>
      </w:docPartPr>
      <w:docPartBody>
        <w:p w:rsidR="00C235D5" w:rsidRDefault="00A963FC" w:rsidP="00A963FC">
          <w:pPr>
            <w:pStyle w:val="B858CCD9A36C4C6EBA1FD6DE839B40C9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0540369C6E724433B7F7306805C60E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5A12A4-9578-4413-86EA-F50AC9972482}"/>
      </w:docPartPr>
      <w:docPartBody>
        <w:p w:rsidR="00C235D5" w:rsidRDefault="00A963FC" w:rsidP="00A963FC">
          <w:pPr>
            <w:pStyle w:val="0540369C6E724433B7F7306805C60E1D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C89EE21FFE1D422481A81A4AC06F0A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F6E507-0D8B-4FD9-AF93-7724E3B1D3CA}"/>
      </w:docPartPr>
      <w:docPartBody>
        <w:p w:rsidR="00C235D5" w:rsidRDefault="00A963FC" w:rsidP="00A963FC">
          <w:pPr>
            <w:pStyle w:val="C89EE21FFE1D422481A81A4AC06F0A7D"/>
          </w:pPr>
          <w:r w:rsidRPr="00625AA0">
            <w:rPr>
              <w:rStyle w:val="Zstupntext"/>
            </w:rPr>
            <w:t>Zvolte položku.</w:t>
          </w:r>
        </w:p>
      </w:docPartBody>
    </w:docPart>
    <w:docPart>
      <w:docPartPr>
        <w:name w:val="A658D8C952D14F43865762D9E35236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3E9E1C-4788-44FB-9F1E-518A0B5EFCFC}"/>
      </w:docPartPr>
      <w:docPartBody>
        <w:p w:rsidR="00C235D5" w:rsidRDefault="00A963FC" w:rsidP="00A963FC">
          <w:pPr>
            <w:pStyle w:val="A658D8C952D14F43865762D9E3523655"/>
          </w:pPr>
          <w:r w:rsidRPr="00625AA0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 ExtraBold">
    <w:charset w:val="EE"/>
    <w:family w:val="auto"/>
    <w:pitch w:val="variable"/>
    <w:sig w:usb0="A00002FF" w:usb1="5000205B" w:usb2="00000000" w:usb3="00000000" w:csb0="00000197" w:csb1="00000000"/>
  </w:font>
  <w:font w:name="Raleway">
    <w:panose1 w:val="020B0003030101060003"/>
    <w:charset w:val="EE"/>
    <w:family w:val="swiss"/>
    <w:pitch w:val="variable"/>
    <w:sig w:usb0="A00000BF" w:usb1="5000005B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aleway Black">
    <w:charset w:val="EE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60"/>
    <w:rsid w:val="00085DC8"/>
    <w:rsid w:val="000A59C8"/>
    <w:rsid w:val="00146F4B"/>
    <w:rsid w:val="00251654"/>
    <w:rsid w:val="002F0B91"/>
    <w:rsid w:val="003A2578"/>
    <w:rsid w:val="004144B6"/>
    <w:rsid w:val="00472B2A"/>
    <w:rsid w:val="004D2C64"/>
    <w:rsid w:val="00522360"/>
    <w:rsid w:val="00526360"/>
    <w:rsid w:val="00584275"/>
    <w:rsid w:val="00594E3B"/>
    <w:rsid w:val="006469BB"/>
    <w:rsid w:val="00696ADC"/>
    <w:rsid w:val="00727546"/>
    <w:rsid w:val="007C1C68"/>
    <w:rsid w:val="00874D19"/>
    <w:rsid w:val="008C1406"/>
    <w:rsid w:val="008F0691"/>
    <w:rsid w:val="00A963FC"/>
    <w:rsid w:val="00AA6F72"/>
    <w:rsid w:val="00B33B94"/>
    <w:rsid w:val="00C235D5"/>
    <w:rsid w:val="00C84838"/>
    <w:rsid w:val="00CA6C60"/>
    <w:rsid w:val="00FE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963FC"/>
    <w:rPr>
      <w:color w:val="666666"/>
    </w:rPr>
  </w:style>
  <w:style w:type="paragraph" w:customStyle="1" w:styleId="120E2C8E9930447990DBC8FA074FC066">
    <w:name w:val="120E2C8E9930447990DBC8FA074FC066"/>
    <w:rsid w:val="00A963FC"/>
  </w:style>
  <w:style w:type="paragraph" w:customStyle="1" w:styleId="39C94A13D5D94C2E87354A22310E58CF">
    <w:name w:val="39C94A13D5D94C2E87354A22310E58CF"/>
    <w:rsid w:val="00A963FC"/>
  </w:style>
  <w:style w:type="paragraph" w:customStyle="1" w:styleId="BFCD450F6EB3479C849C040C404CFC1E">
    <w:name w:val="BFCD450F6EB3479C849C040C404CFC1E"/>
    <w:rsid w:val="00A963FC"/>
  </w:style>
  <w:style w:type="paragraph" w:customStyle="1" w:styleId="FD41F48D769E409AA177FB1D3ECE6851">
    <w:name w:val="FD41F48D769E409AA177FB1D3ECE6851"/>
    <w:rsid w:val="00A963FC"/>
  </w:style>
  <w:style w:type="paragraph" w:customStyle="1" w:styleId="69479290FC5440D8B9C1F627452DF259">
    <w:name w:val="69479290FC5440D8B9C1F627452DF259"/>
    <w:rsid w:val="00A963FC"/>
  </w:style>
  <w:style w:type="paragraph" w:customStyle="1" w:styleId="C82D5C6DBAFB4A0E8A603F75CBA012DC">
    <w:name w:val="C82D5C6DBAFB4A0E8A603F75CBA012DC"/>
    <w:rsid w:val="00A963FC"/>
  </w:style>
  <w:style w:type="paragraph" w:customStyle="1" w:styleId="2BC96A95686241108381E5C003DC7B7D">
    <w:name w:val="2BC96A95686241108381E5C003DC7B7D"/>
    <w:rsid w:val="00A963FC"/>
  </w:style>
  <w:style w:type="paragraph" w:customStyle="1" w:styleId="E16C6BAC87924EB99EE7E65CCD0ACE87">
    <w:name w:val="E16C6BAC87924EB99EE7E65CCD0ACE87"/>
    <w:rsid w:val="00A963FC"/>
  </w:style>
  <w:style w:type="paragraph" w:customStyle="1" w:styleId="1340A819F1C74534BA335A72962F4BD7">
    <w:name w:val="1340A819F1C74534BA335A72962F4BD7"/>
    <w:rsid w:val="00A963FC"/>
  </w:style>
  <w:style w:type="paragraph" w:customStyle="1" w:styleId="499D254C901948E4901448D43B91C0EB">
    <w:name w:val="499D254C901948E4901448D43B91C0EB"/>
    <w:rsid w:val="00A963FC"/>
  </w:style>
  <w:style w:type="paragraph" w:customStyle="1" w:styleId="D1D0848494C1437FBF271CDB95050E73">
    <w:name w:val="D1D0848494C1437FBF271CDB95050E73"/>
    <w:rsid w:val="00A963FC"/>
  </w:style>
  <w:style w:type="paragraph" w:customStyle="1" w:styleId="404DD863276D42B59E4A05E7F230422D">
    <w:name w:val="404DD863276D42B59E4A05E7F230422D"/>
    <w:rsid w:val="00A963FC"/>
  </w:style>
  <w:style w:type="paragraph" w:customStyle="1" w:styleId="26B4CCAF20E04F02AA99CA5D7D1008C5">
    <w:name w:val="26B4CCAF20E04F02AA99CA5D7D1008C5"/>
    <w:rsid w:val="00A963FC"/>
  </w:style>
  <w:style w:type="paragraph" w:customStyle="1" w:styleId="CA9F4BF17AD34CFDB53E13A7C0E86F75">
    <w:name w:val="CA9F4BF17AD34CFDB53E13A7C0E86F75"/>
    <w:rsid w:val="00A963FC"/>
  </w:style>
  <w:style w:type="paragraph" w:customStyle="1" w:styleId="F2613ED11BD9468399D989DB84FE55B1">
    <w:name w:val="F2613ED11BD9468399D989DB84FE55B1"/>
    <w:rsid w:val="00A963FC"/>
  </w:style>
  <w:style w:type="paragraph" w:customStyle="1" w:styleId="356196F3C47D4FBB99E6D87C4C4516D0">
    <w:name w:val="356196F3C47D4FBB99E6D87C4C4516D0"/>
    <w:rsid w:val="00A963FC"/>
  </w:style>
  <w:style w:type="paragraph" w:customStyle="1" w:styleId="B65283CE0F1745B399E107857131FA31">
    <w:name w:val="B65283CE0F1745B399E107857131FA31"/>
    <w:rsid w:val="00A963FC"/>
  </w:style>
  <w:style w:type="paragraph" w:customStyle="1" w:styleId="52F3484730B647939CB0B686F3CEC11A">
    <w:name w:val="52F3484730B647939CB0B686F3CEC11A"/>
    <w:rsid w:val="00A963FC"/>
  </w:style>
  <w:style w:type="paragraph" w:customStyle="1" w:styleId="D054467540844E5F9DD250B16F049B59">
    <w:name w:val="D054467540844E5F9DD250B16F049B59"/>
    <w:rsid w:val="00A963FC"/>
  </w:style>
  <w:style w:type="paragraph" w:customStyle="1" w:styleId="B858CCD9A36C4C6EBA1FD6DE839B40C9">
    <w:name w:val="B858CCD9A36C4C6EBA1FD6DE839B40C9"/>
    <w:rsid w:val="00A963FC"/>
  </w:style>
  <w:style w:type="paragraph" w:customStyle="1" w:styleId="0540369C6E724433B7F7306805C60E1D">
    <w:name w:val="0540369C6E724433B7F7306805C60E1D"/>
    <w:rsid w:val="00A963FC"/>
  </w:style>
  <w:style w:type="paragraph" w:customStyle="1" w:styleId="C89EE21FFE1D422481A81A4AC06F0A7D">
    <w:name w:val="C89EE21FFE1D422481A81A4AC06F0A7D"/>
    <w:rsid w:val="00A963FC"/>
  </w:style>
  <w:style w:type="paragraph" w:customStyle="1" w:styleId="A658D8C952D14F43865762D9E3523655">
    <w:name w:val="A658D8C952D14F43865762D9E3523655"/>
    <w:rsid w:val="00A963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1731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Formulář seznam nájmů</vt:lpstr>
      <vt:lpstr/>
    </vt:vector>
  </TitlesOfParts>
  <Manager/>
  <Company/>
  <LinksUpToDate>false</LinksUpToDate>
  <CharactersWithSpaces>2020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nájmů</dc:title>
  <dc:subject/>
  <dc:creator>MAŠEK Zdeněk</dc:creator>
  <cp:keywords/>
  <cp:lastModifiedBy>MAŠEK Zdeněk</cp:lastModifiedBy>
  <cp:revision>4</cp:revision>
  <dcterms:created xsi:type="dcterms:W3CDTF">2025-11-27T09:53:00Z</dcterms:created>
  <dcterms:modified xsi:type="dcterms:W3CDTF">2025-11-27T09:57:00Z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7efc7ee0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Internal</vt:lpwstr>
  </property>
  <property fmtid="{D5CDD505-2E9C-101B-9397-08002B2CF9AE}" pid="5" name="MSIP_Label_296db974-983c-4868-8628-e426985202e0_Enabled">
    <vt:lpwstr>true</vt:lpwstr>
  </property>
  <property fmtid="{D5CDD505-2E9C-101B-9397-08002B2CF9AE}" pid="6" name="MSIP_Label_296db974-983c-4868-8628-e426985202e0_SetDate">
    <vt:lpwstr>2025-11-27T09:53:46Z</vt:lpwstr>
  </property>
  <property fmtid="{D5CDD505-2E9C-101B-9397-08002B2CF9AE}" pid="7" name="MSIP_Label_296db974-983c-4868-8628-e426985202e0_Method">
    <vt:lpwstr>Privileged</vt:lpwstr>
  </property>
  <property fmtid="{D5CDD505-2E9C-101B-9397-08002B2CF9AE}" pid="8" name="MSIP_Label_296db974-983c-4868-8628-e426985202e0_Name">
    <vt:lpwstr>296db974-983c-4868-8628-e426985202e0</vt:lpwstr>
  </property>
  <property fmtid="{D5CDD505-2E9C-101B-9397-08002B2CF9AE}" pid="9" name="MSIP_Label_296db974-983c-4868-8628-e426985202e0_SiteId">
    <vt:lpwstr>64af2aee-7d6c-49ac-a409-192d3fee73b8</vt:lpwstr>
  </property>
  <property fmtid="{D5CDD505-2E9C-101B-9397-08002B2CF9AE}" pid="10" name="MSIP_Label_296db974-983c-4868-8628-e426985202e0_ActionId">
    <vt:lpwstr>2daf9204-8733-4550-b0b1-e1bdb722533a</vt:lpwstr>
  </property>
  <property fmtid="{D5CDD505-2E9C-101B-9397-08002B2CF9AE}" pid="11" name="MSIP_Label_296db974-983c-4868-8628-e426985202e0_ContentBits">
    <vt:lpwstr>0</vt:lpwstr>
  </property>
  <property fmtid="{D5CDD505-2E9C-101B-9397-08002B2CF9AE}" pid="12" name="MSIP_Label_296db974-983c-4868-8628-e426985202e0_Tag">
    <vt:lpwstr>10, 0, 1, 1</vt:lpwstr>
  </property>
</Properties>
</file>